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5Sp/7/2016 z 3. 8. 2016</w:t>
      </w:r>
    </w:p>
    <w:p>
      <w:r>
        <w:t>Uznesenie Krajského súdu Bratislava z 3. augusta 2016, sp. zn. 5Sp/7/2016, ECLI:SK:KSBA:2016:1016200647.3</w:t>
      </w:r>
    </w:p>
    <w:p>
      <w:r>
        <w:t>Súd: Krajský súd Bratislava</w:t>
      </w:r>
    </w:p>
    <w:p>
      <w:r>
        <w:t>Spisová značka: 5Sp/7/2016</w:t>
      </w:r>
    </w:p>
    <w:p>
      <w:r>
        <w:t>ECLI: ECLI:SK:KSBA:2016:1016200647.3</w:t>
      </w:r>
    </w:p>
    <w:p>
      <w:r>
        <w:t>Dátum vydania: 3.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5Sp/7/2016 Identifikačné číslo súdneho spisu: 1016200647 Dátum vydania rozhodnutia: 04. 08. 2016 Meno a priezvisko sudcu, VSÚ: JUDr. Peter Pospech ECLI: ECLI:SK:KSBA:2016:1016200647.3 Uznesenie Krajský súd v Bratislave pred samosudcom JUDr. Petrom Pospechom v právnej veci navrhovateľa: V. Z., L. Z. XX.X.XXXX, Š. X. R., K..Č.. V. Ú. X. I. F.H. proti odporcovi: Prezídium Policajného zboru, Úrad hraničnej a cudzineckej polície Bratislava, Oddelenie cudzineckej polície PZ Bratislava, Hrobáková 44, 852 42 Bratislava o preskúmanie rozhodnutia odporcu č.k. PPZ-HCP-BA6-82-013/2016-AV zo dňa 24.3.2016 takto r o z h o d o l : Opravný prostriedok navrhovateľa voči rozhodnutiu odporcu č.k. PPZ-HCP-BA6-82-013/2016-AV zo dňa 24.3.2016 sa o d m i e t a. o d ô v o d n e n i e : Dňa 15.4.2016 bolo súdu doručené podanie navrhovateľa v ruskom jazyku, ktoré smerovalo proti rozhodnutiu PPZ-HCP-BA6-82-013/2016-AV zo dňa 24.3.2016. Predmetným rozhodnutím odporca rozhodol, že zaisťuje účastníka konania - navrhovateľa V. Z., Z.. XX.X.XXXX, Š. X. R., preukaz žiadateľa o azyl Rakúska číslo 151717348-001 a dňom vydania rozhodnutia navrhovateľa umiestňuje dňa 24.3.2016 v Útvare policajného zaistenia pre cudzincov v Medveďove. Predmetné rozhodnutie nadobudlo právoplatnosť dňom 24.3.2016 a písomné podanie navrhovateľa bolo podané navrhovateľom dňa 13.4.2016 a doručené Krajskému súdu v Bratislave dňa 15.4.2016. Uznesením č.k. 5Sp/7/2016 zo dňa 15.4.2016 bol opravný prostriedok navrhovateľa odmietnutý podľa § 250p O.s.p. Proti tomuto uzneseniu bol podaný opravný prostriedok a uznesením NS SR č.k. 1Sza/10/2016 odvolací súd uznesenie Krajského súdu v Bratislave č.k. 5Sp/7/2016 zo dňa 15.4.2016 zrušil a vec mu vrátil na nové konanie s tým, že po ustálení obsahu opravného prostriedku navrhovateľa a jeho námietok a zabezpečení administratívneho spisu s jeho vyjadrení k relevantným otázkam zvolí ďalší postup v predmetnom konaní. Dňa 30.6.2016 bol súdu doručený spisový materiál s vyjadrením odporcu, že preskúmaním predmetného opravného prostriedku bolo zistené, že tento je písaný cudzím jazykom - azbukou a nakoľko odporca nedisponuje prekladom tohto podania, nevie sa k uvedeným skutočnostiam vyjadriť. Súčasne konajúci súd obdržal administratívny spis navrhovateľa. Vzhľadom k potrebe objasniť predmet konania súd uznesením č.k. 5Sp/7/2016 zo dňa 6.7.2016 uložil navrhovateľovi, aby v lehote 15 dní od doručenia predmetného uznesenia doplnil v dvoch rovnopisoch svoje podanie doručené Krajskému súdu v Bratislave dňa 15.4.2016 o vyjadrenie v akom rozsahu navrhovateľ napáda rozhodnutie a postup odporcu v slovenskom jazyku, nakoľko podanie je písané azbukou a je nečítateľné. Súčasne bol navrhovateľ upozornený, že ak podanie nebude v stanovenej lehote doplnené, súd návrh podľa § 250p O.s.p. odmietne. Dňa 27.7.2016 v stanovenej lehote navrhovateľ predložil súdu opätovne v ruskom jazyku, písané azbukou písomné podanie, z ktorého súd nezistil, čo je predmetom predmetného písomného podania a aby mohol pokračovať v konaní. Podľa § 250p O.s.p. ak je návrh podaný oneskorene, alebo ho podá ten kto naň nie je oprávnený, alebo ak sa napáda rozhodnutie, ktoré preskúmaniu nepodlieha, alebo ak navrhovateľ neodstránil vady, v ktorých odstránenie súd nariadil a ktoré bránia vecnému vybaveniu návrhu, súd uznesením opravný prostriedok odmietne. Odvolanie proti uzneseniu je prípustné. Vzhľadom k neodstráneniu vad, ktorých odstránenie súd nariadil a ktoré bránia vecnému vybaveniu návrhu, súd písomné podanie /opravný prostriedok/ v súlade s ust. § 250p O.s.p. odmietol, vzhľadom na neodstránenie vád konania. Poučenie: Proti tomuto uzneseniu je možné podať odvolanie do 7 dní odo dňa jeho doručenia na Krajskom súde v Bratislave, písomne, dvojmo.</w:t>
      </w:r>
    </w:p>
    <w:p/>
    <w:p>
      <w:r>
        <w:t>Zdroj: KAUZIS.SK – https://www.kauzis.sk/judikatura/r/ECLI:SK:KSBA:2016:1016200647.3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