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6S/84/2016 z 7. 7. 2016</w:t>
      </w:r>
    </w:p>
    <w:p>
      <w:r>
        <w:t>Uznesenie Krajského súdu Bratislava z 7. júla 2016, sp. zn. 6S/84/2016, ECLI:SK:KSBA:2016:1016200670.2</w:t>
      </w:r>
    </w:p>
    <w:p>
      <w:r>
        <w:t>Súd: Krajský súd Bratislava</w:t>
      </w:r>
    </w:p>
    <w:p>
      <w:r>
        <w:t>Spisová značka: 6S/84/2016</w:t>
      </w:r>
    </w:p>
    <w:p>
      <w:r>
        <w:t>ECLI: ECLI:SK:KSBA:2016:1016200670.2</w:t>
      </w:r>
    </w:p>
    <w:p>
      <w:r>
        <w:t>Dátum vydania: 7. 7. 2016</w:t>
      </w:r>
    </w:p>
    <w:p>
      <w:r>
        <w:t>Forma: Uznesenie</w:t>
      </w:r>
    </w:p>
    <w:p>
      <w:pPr>
        <w:pStyle w:val="Heading2"/>
      </w:pPr>
      <w:r>
        <w:t>Text rozhodnutia</w:t>
      </w:r>
    </w:p>
    <w:p>
      <w:r>
        <w:t>Súd: Krajský súd Bratislava Spisová značka: 6S/84/2016 Identifikačné číslo súdneho spisu: 1016200670 Dátum vydania rozhodnutia: 08. 07. 2016 Meno a priezvisko sudcu, VSÚ: JUDr. Vlastimil Pavlikovský ECLI: ECLI:SK:KSBA:2016:1016200670.2 Uznesenie Krajský súd v Bratislave v právnej veci žalobcu: BMX klub Rača, so sídlom Hečkova 3, 831 51 Bratislava, proti žalovanému: Okresný úrad Bratislava, so sídlom Tomášikova 46, 832 05 Bratislava, o preskúmanie zákonnosti rozhodnutia žalovaného č. OU-BA-OOP3-2016/003988-NMT zo dňa 12.2.2016, jednohlasne, takto r o z h o d o l : Krajský súd v Bratislave žalobu o d m i e t a . Žiaden z účastníkov konania n e m á právo na náhradu trov konania. o d ô v o d n e n i e : Žalobou doručenou Krajskému súdu v Bratislave dňa 14.4.2016 sa žalobca domáhal preskúmania zákonnosti rozhodnutia žalovaného č. OU-BA-OOP3-2016/003988-NMT zo dňa 12.2.2016, ktorým žalovaný potvrdil rozhodnutie Okresného úradu Bratislava č. OU-BA-OSZP3-2015/024064/ANJ/III-EIA- r zo dňa 9.10.2015 o tom, že navrhovaná činnosť „LBG aréna“,, ktorej účelom je výstavba a prevádzka zariadenia pre športovo-rekreačné a edukačné činnosti v oblasti plaveckých disciplín a hokeja, sa nebude posudzovať podľa zákona o posudzovaní a odvolanie žalobcu zamietol.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V podanej žalobe žalobca nebol zastúpený advokátom, preto ho krajský súd uznesením č.k. 6S/84/2016-15 zo dňa 20.4.2016 vyzval na ustanovenie si právneho zástupcu a doplnenie žaloby.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 1 písm. f) SSP, správny súd uznesením odmietne žalobu, ak žalobca nebol pri jej podaní zastúpený podľa § 49 ods. 1 alebo § 50. Nakoľko žalobca nemá právneho zástupcu, súd nemá inú možnosť ako podanú žalobu odmietnuť.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https://www.kauzis.sk/judikatura/r/ECLI:SK:KSBA:2016:1016200670.2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