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5Sp/8/2016 z 21. 4. 2016</w:t>
      </w:r>
    </w:p>
    <w:p>
      <w:r>
        <w:t>Uznesenie Krajského súdu Bratislava z 21. apríla 2016, sp. zn. 5Sp/8/2016, ECLI:SK:KSBA:2016:1016200681.1</w:t>
      </w:r>
    </w:p>
    <w:p>
      <w:r>
        <w:t>Súd: Krajský súd Bratislava</w:t>
      </w:r>
    </w:p>
    <w:p>
      <w:r>
        <w:t>Spisová značka: 5Sp/8/2016</w:t>
      </w:r>
    </w:p>
    <w:p>
      <w:r>
        <w:t>ECLI: ECLI:SK:KSBA:2016:1016200681.1</w:t>
      </w:r>
    </w:p>
    <w:p>
      <w:r>
        <w:t>Dátum vydania: 21. 4. 2016</w:t>
      </w:r>
    </w:p>
    <w:p>
      <w:r>
        <w:t>Forma: Uznesenie</w:t>
      </w:r>
    </w:p>
    <w:p>
      <w:pPr>
        <w:pStyle w:val="Heading2"/>
      </w:pPr>
      <w:r>
        <w:t>Text rozhodnutia</w:t>
      </w:r>
    </w:p>
    <w:p>
      <w:r>
        <w:t>Súd: Krajský súd Bratislava Spisová značka: 5Sp/8/2016 Identifikačné číslo súdneho spisu: 1016200681 Dátum vydania rozhodnutia: 22. 04. 2016 Meno a priezvisko sudcu, VSÚ: JUDr. Peter Pospech ECLI: ECLI:SK:KSBA:2016:1016200681.1 Uznesenie Krajský súd v Bratislave pred samosudcom JUDr. Petrom Pospechom v právnej veci navrhovateľa: M. M., I.. X.X.XXXX, Š.G. B. F., Z. H. X. proti odporcovi: Prezídium Policajného zboru, Úrad hraničnej a cudzineckej polície, Riaditeľstvo hraničnej a cudzineckej polície Bratislava, Oddelenie cudzineckej polície PZ Dunajská Streda, Ádorská 34, 929 01 Dunajská Streda o opravnom prostriedku proti rozhodnutiu č.p. PPZ-HCP-BA8-24-008/2016-AV zo dňa 2.4.2016, takto r o z h o d o l : Krajský súd v Bratislave opravný prostriedok navrhovateľa voči rozhodnutiu odporcu č.p. PPZ-HCP- BA8-24-008/2016-AV zo dňa 2.6.2016 o d m i e t a . o d ô v o d n e n i e : Napadnutým rozhodnutím odporcu, Oddelenia cudzineckej polície Policajného zboru Dunajská Streda, ako príslušného orgánu podľa ust. § 125 zákona č. 404/2011 Z.z. ako aj podľa § 5 a § 46 zákona číslo 71/1967 Zb. o správnom konaní, v konaní o zaistení cudzinca bolo rozhodnuté o zaistení účastníka konania M. M. I.. X.X.XXXX, štátna príslušnosť Afgánska islamská republika, Z. V., Afganistan za účelom zabezpečenia prípravy alebo výkonu prevozu podľa osobitného predpisu. Účastník konania sa zaisťuje na čas nevyhnutný a stanovila sa mu dĺžka zaistenia najdlhšie do 1.8.2016. Podľa § 88 ods. 5 zákona o pobyte cudzincov č. 404/2011 Z.z. sa navrhovateľ umiestnil v Útvare policajného zaistenia pre cudzincov Medveďov. Odporca predmetné rozhodnutie o zaistení odôvodnil tým, že na výzvu predloženia dokladov totožnosti navrhovateľ predložil cestovný pas Afganistanu a registračnú kartu žiadateľa o azyl v Maďarsku, miesto vydania Szeged. Písomným podaním navrhovateľa, prijatým odporcom dňa 2.4.2016 navrhovateľ vyhlásil, že sa vzdáva práva na odvolanie voči rozhodnutiu o zaistení, ktorú spísal na základe žiadosti navrhovateľa W.. X. Q., tlmočník v predmetnom konaní.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Vzhľadom k tomu, že navrhovateľ sa vzdal opravného prostriedku proti rozhodnutiu o zaistení, predmetné uznesenie nadobudlo právoplatnosť a preto ho nie je možné preskúmať. Vzhľadom na vyššie uvedené súd opravný prostriedok navrhovateľa proti uzneseniu o zaistení č.p. PPZ-HCP- BA8-24-008/2016 zo dňa 2.4.2016 odmietol podľa § 250p O.s.p. Poučenie: Proti tomuto uzneseniu je možné podať odvolanie do 7 dní od jeho doručenia na Krajský súd v Bratislave písomne, dvojmo.</w:t>
      </w:r>
    </w:p>
    <w:p/>
    <w:p>
      <w:r>
        <w:t>Zdroj: KAUZIS.SK – https://www.kauzis.sk/judikatura/r/ECLI:SK:KSBA:2016:1016200681.1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