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8Sd/53/2016 z 5. 5. 2016</w:t>
      </w:r>
    </w:p>
    <w:p>
      <w:r>
        <w:t>Uznesenie Krajského súdu Bratislava z 5. mája 2016, sp. zn. 8Sd/53/2016, ECLI:SK:KSBA:2016:1016200686.1</w:t>
      </w:r>
    </w:p>
    <w:p>
      <w:r>
        <w:t>Súd: Krajský súd Bratislava</w:t>
      </w:r>
    </w:p>
    <w:p>
      <w:r>
        <w:t>Spisová značka: 8Sd/53/2016</w:t>
      </w:r>
    </w:p>
    <w:p>
      <w:r>
        <w:t>ECLI: ECLI:SK:KSBA:2016:1016200686.1</w:t>
      </w:r>
    </w:p>
    <w:p>
      <w:r>
        <w:t>Dátum vydania: 5.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8Sd/53/2016 Identifikačné číslo súdneho spisu: 1016200686 Dátum vydania rozhodnutia: 06. 05. 2016 Meno a priezvisko sudcu, VSÚ: JUDr. Peter Pospech ECLI: ECLI:SK:KSBA:2016:1016200686.1 Uznesenie Krajský súd v Bratislave v právnej veci navrhovateľky: G. C., D.. X.X.XXXX, N. Z. XXX/X, XXX XX N.,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18.1.2016 žiadala preskúmať rozhodnutie odporkyne číslo XXX XXX XXXX X zo dňa 27.8.2015, ktorým odporkyňa priznala navrhovateľke invalidný dôchodok v sume 110,70 Eur mesačne od 22.4.2015. Písomným prehlásením došlým dňa 19.4.2016 odporcovi a dňa 5.5.2016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https://www.kauzis.sk/judikatura/r/ECLI:SK:KSBA:2016:1016200686.1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