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10Sd/53/2016 z 9. 10. 2016</w:t>
      </w:r>
    </w:p>
    <w:p>
      <w:r>
        <w:t>Uznesenie Krajského súdu Bratislava z 9. októbra 2016, sp. zn. 10Sd/53/2016, ECLI:SK:KSBA:2016:1016200688.2</w:t>
      </w:r>
    </w:p>
    <w:p>
      <w:r>
        <w:t>Súd: Krajský súd Bratislava</w:t>
      </w:r>
    </w:p>
    <w:p>
      <w:r>
        <w:t>Spisová značka: 10Sd/53/2016</w:t>
      </w:r>
    </w:p>
    <w:p>
      <w:r>
        <w:t>ECLI: ECLI:SK:KSBA:2016:1016200688.2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10Sd/53/2016 Identifikačné číslo súdneho spisu: 1016200688 Dátum vydania rozhodnutia: 10. 10. 2016 Meno a priezvisko sudcu, VSÚ: JUDr. Beata Jurgošová ECLI: ECLI:SK:KSBA:2016:1016200688.2 Uznesenie Krajský súd v Bratislave v právnej veci navrhovateľa: C. F., nar. XX.XX.XXXX, XXX XX K. XXX, zastúpený opatrovníčkou V. F., R. XX, XXX XX A., proti odporkyni: Sociálna poisťovňa - ústredie, Ul. 29. augusta 8, 813 63 Bratislava, o invalidný dôchodok, takto r o z h o d o l : Súd konanie z a s t a v u j e . Žiaden z účastníkov nemá právo na náhradu trov konania. o d ô v o d n e n i e : Navrhovateľ podal opravný prostriedok proti rozhodnutiu odporkyne číslo XXX XXX XXXX X zo dňa 08.10.2015, ktorým bola zamietnutá jeho žiadosť o invalidný dôchodok zo dňa 18.09.2015. Na posúdení zdravotného stavu dňa 14.04.2016 matka navrhovateľa, pani V. F. oznámila, že súhlasí s posúdením zdravotného stavu a určenou mierou poklesu schopnosti vykonávať zárobkovú činnosť 60%, opravný prostriedok zobrala späť a žiadala konanie zastaviť. Podaním zo dňa 09.06.2016 navrhovateľ oznámil, že netrvá na preskúmaní napadnutého rozhodnutia súdom a návrh na jeho preskúmanie berie späť.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https://www.kauzis.sk/judikatura/r/ECLI:SK:KSBA:2016:1016200688.2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