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10Sd/54/2016 z 23. 6. 2016</w:t>
      </w:r>
    </w:p>
    <w:p>
      <w:r>
        <w:t>Uznesenie Krajského súdu Bratislava z 23. júna 2016, sp. zn. 10Sd/54/2016, ECLI:SK:KSBA:2016:1016200699.1</w:t>
      </w:r>
    </w:p>
    <w:p>
      <w:r>
        <w:t>Súd: Krajský súd Bratislava</w:t>
      </w:r>
    </w:p>
    <w:p>
      <w:r>
        <w:t>Spisová značka: 10Sd/54/2016</w:t>
      </w:r>
    </w:p>
    <w:p>
      <w:r>
        <w:t>ECLI: ECLI:SK:KSBA:2016:1016200699.1</w:t>
      </w:r>
    </w:p>
    <w:p>
      <w:r>
        <w:t>Dátum vydania: 23. 6. 2016</w:t>
      </w:r>
    </w:p>
    <w:p>
      <w:r>
        <w:t>Forma: Uznesenie</w:t>
      </w:r>
    </w:p>
    <w:p>
      <w:pPr>
        <w:pStyle w:val="Heading2"/>
      </w:pPr>
      <w:r>
        <w:t>Text rozhodnutia</w:t>
      </w:r>
    </w:p>
    <w:p>
      <w:r>
        <w:t>Súd: Krajský súd Bratislava Spisová značka: 10Sd/54/2016 Identifikačné číslo súdneho spisu: 1016200699 Dátum vydania rozhodnutia: 24. 06. 2016 Meno a priezvisko sudcu, VSÚ: JUDr. Beata Jurgošová ECLI: ECLI:SK:KSBA:2016:1016200699.1 Uznesenie Krajský súd v Bratislave v právnej veci navrhovateľa: G.. O. T., bytom Q. XX, W., korešpondenčná adresa: O. XX, W., proti odporkyni: Sociálnej poisťovni ústredie, Ul. 29. augusta č. 8, Bratislava, o sumu predčasného starobného dôchodku, takto r o z h o d o l : Súd konanie z a s t a v u j e . Žiaden z účastníkov nemá právo na náhradu trov konania. o d ô v o d n e n i e : Navrhovateľ svojím návrhom žiadal preskúmať rozhodnutie odporkyne číslo XXX XXX XXXX X zo dňa 17. marca 2016, ktorým mu odporkyňa od 15. januára 2016 zvýšila predčasný starobný dôchodok na sumu 731,60 eur mesačne. Predčasný starobný dôchodok zvýšila podľa čl. 57 nariadenia (ES) Európskeho parlamentu a Rady č. 883/2004 o koordinácii systémov sociálneho zabezpečenia. Odporkyňa vydala rozhodnutie číslo XXX XXX XXXX X zo dňa 11. mája 2016, ktorým podľa § 67 ods. 1, § 112 ods. 1 a § 82 zákona č. 461/2003 Z. z. o sociálnom poistení v znení neskorších predpisov, navrhovateľovi od 15. januára 2016 zvýšila predčasný starobný dôchodok na sumu 737,80 eur mesačne, čím bolo opravnému prostriedku vyhovené v celom rozsahu. Súd podľa § 250o O.s.p. konanie zastavil. O trovách konania súd rozhodol podľa § 246c a § 146 ods. 1 písm. c) O.s.p. Poučenie: Proti tomuto uzneseniu je možné podať odvolanie do 15 dní odo dňa jeho doručenia písomne, dvojmo na Krajskom súde v Bratislave.</w:t>
      </w:r>
    </w:p>
    <w:p/>
    <w:p>
      <w:r>
        <w:t>Zdroj: KAUZIS.SK – https://www.kauzis.sk/judikatura/r/ECLI:SK:KSBA:2016:1016200699.1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