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9Sp/43/2016 z 17. 5. 2016</w:t>
      </w:r>
    </w:p>
    <w:p>
      <w:r>
        <w:t>Rozsudok Krajského súdu Bratislava z 17. mája 2016, sp. zn. 9Sp/43/2016, ECLI:SK:KSBA:2016:1016200775.1</w:t>
      </w:r>
    </w:p>
    <w:p>
      <w:r>
        <w:t>Súd: Krajský súd Bratislava</w:t>
      </w:r>
    </w:p>
    <w:p>
      <w:r>
        <w:t>Spisová značka: 9Sp/43/2016</w:t>
      </w:r>
    </w:p>
    <w:p>
      <w:r>
        <w:t>ECLI: ECLI:SK:KSBA:2016:1016200775.1</w:t>
      </w:r>
    </w:p>
    <w:p>
      <w:r>
        <w:t>Dátum vydania: 17. 5. 2016</w:t>
      </w:r>
    </w:p>
    <w:p>
      <w:r>
        <w:t>Forma: Rozsudok</w:t>
      </w:r>
    </w:p>
    <w:p>
      <w:r>
        <w:t>Oblasť práva: Správne právo</w:t>
      </w:r>
    </w:p>
    <w:p>
      <w:pPr>
        <w:pStyle w:val="Heading2"/>
      </w:pPr>
      <w:r>
        <w:t>Text rozhodnutia</w:t>
      </w:r>
    </w:p>
    <w:p>
      <w:r>
        <w:t>Súd: Krajský súd Bratislava Spisová značka: 9Sp/43/2016 Identifikačné číslo súdneho spisu: 1016200775 Dátum vydania rozhodnutia: 18. 05. 2016 Meno a priezvisko sudcu, VSÚ: JUDr. Beata Jurgošová ECLI: ECLI:SK:KSBA:2016:1016200775.1 ROZSUDOK V MENE SLOVENSKEJ REPUBLIKY Krajský súd v Bratislave v konaní pred sudkyňou JUDr. Beátou Jurgošovou v právnej veci navrhovateľa: X. I. M., nar. XX.XX.XXXX, štátna príslušnosť: Vietnamská socialistická republika, zastúpeného: Centrum právnej pomoci, Námestie slobody 12, Bratislava, proti odporcovi: Prezídium policajného zboru, Úrad hraničnej a cudzineckej polície, Riaditeľstvo hraničnej a cudzineckej polície Bratislava, Oddelenie hraničnej kontroly Policajného zboru Bratislava Ružinov - letisko, Letisko M. R. Štefánika, 820 16 Bratislava 216, o opravnom prostriedku proti rozhodnutiu odporcu č.p.: PPZ-HCP-BA7-2-042/2016-AV zo dňa 25.03.2016, takto r o z h o d o l : Krajský súd v Bratislave rozhodnutie odporcu č.p.: PPZ-HCP-BA7-2-042/2016-AV zo dňa 25.03.2016 p o t v r d z u j e. Účastníkom súd právo na náhradu trov konania nepriznáva. o d ô v o d n e n i e : Odporca predložil na Krajský súd v Bratislave dňa 9.05.2016 právnym zástupcom navrhovateľa podaný opravný prostriedok zo dňa 11.04.2016 proti jeho rozhodnutiu č.p.: PPZ-HCP-BA7-2-042/2016-AV vydanom dňa 25.03.2016, ktorým podľa § 88a ods. 1 písm. a) a b) zákona č. 404/2011 Z. z. zaistil dňom 25.03.2016 navrhovateľa, bez cestovného dokladu, na účel zistenia alebo overenia jeho totožnosti alebo štátnej príslušnosti a ak ide o štátneho príslušníka tretej krajiny, zaisteného podľa § 88 ods. 1 písm. a) alebo písm. b), a ktorý podal žiadosť o udelenie azylu, ak existuje dôvodné podozrenie, že podal žiadosť o udelenie azylu výlučne s cieľom oddialiť alebo zmariť jeho administratívne vyhostenie. Navrhovateľ bol podľa § 88 ods. 4 zákona č. 404/2011 Z. z. zaistený na čas nevyhnutne potrebný a odporca stanovil dĺžku doby zaistenia do ukončenia azylového konania najdlhšie však do 10.06.2016 a v zmysle § 88 ods. 5 zákona č. 404/2011 Z. z. umiestnil navrhovateľa v Útvare policajného zaistenia pre cudzincov Medveďov dňa 25.03.2016. Spolu s predložením navrhovateľovho odvolania odporca predložil svoje vyjadrenie k nemu, ako aj administratívny spis danej veci sa týkajúci. Predmetom súdneho prieskumu na základe podaného odvolania navrhovateľa je vyššie uvedené rozhodnutie odporcu, ktorým tento rozhodol o zaistení navrhovateľa dňom 25.03.2016 podľa § 88 ods. 4 zákona o pobyte cudzincov a to najdlhšie do 10.06.2016. V odôvodnení rozhodnutia sa uvádza, že dňa 25.03.2016 o 14.05 hod. bol navrhovateľ kontrolovaný hliadkou správneho orgánu v obci Medveďov, kde na požiadanie hliadky predložil príkaz na prepustenie štátneho príslušníka tretej krajiny z ÚPZC Medveďov pod č.p.: PPZ-HCP-ME-10-011/2016-U zo dňa 24.03.2016. Nakoľko navrhovateľ nevedel preukázať oprávnenosť pobytu na území Slovenskej republiky bol predvedený policajnou hliadkou na správny orgán. Lustráciou v informačných systémoch policajného zboru bolo zistené, že navrhovateľ na území Slovenskej republiky nemá udelené žiadne povolenia na pobyt (trvalý, prechodný resp. tolerovaný). Dňa 04.03.2016 bola na správny orgán doručená písomnosť z ÚPZC Medveďov, kde Útvar policajného zaistenia pre cudzincov Medveďov oznámil, že navrhovateľ dňa 04.03.2016 požiadal na ÚPZC Medveďov o udelenie azylu na území Slovenskej republiky. V zápisnici o podaní vyjadrenia navrhovateľ uviedol, že momentálne nemá žiadny doklad, ale v minulosti mal kartičku trvalého pobytu, ktorú mu zrušili na cudzineckej polícii. Od 11.03.2015, kedy mu zamietli tolerovaný pobyt na území Slovenskej republiky sa stále zdržiava na území Slovenskej republiky. Vykonaným dokazovaním bolo preukázané, že navrhovateľ sa zdržiava na území Slovenskej republiky a schengenského priestoru neoprávnene, nakoľko od 11.03.2015, kedy mu bol zamietnutý tolerovaný pobyt neopustil územie Slovenskej republiky. Správny orgán uviedol, že zaistenie navrhovateľa je účelné z dôvodu realizácie a ukončenia azylového konania. Dňa 25.03.2016 začal odporca konanie vo veci zaistenia navrhovateľa v zmysle § 88a ods. 1 písm. a) a c) zákona č. 404/2011 Z.z. na účel zistenia tých skutočností, na ktorých je založená žiadosť navrhovateľa o udelenie azylu, ktoré by bez zaistenia nebolo možné získať, s ktorým bol pred vydaním rozhodnutia navrhovateľ oboznámený, čo potvrdil svojim podpisom. Ďalej uviedol, že navrhovateľ nie je držiteľom žiadneho cestovného dokladu, je bez akýchkoľvek finančných prostriedkov, potrebných na starostlivosť o svoju osobu, zdravie a bývanie. Na uvedenom základe odporca konštatoval, že len zaistením navrhovateľa ako žiadateľa o azyl je možné zabezpečiť účelnosť realizácie a ukončenia azylového konania, na ktoré je príslušná Slovenská republika. Odporca uviedol, že dĺžku doby zaistenia stanovil do 10.06.2016. Doba zaistenia je esenciálnou zložkou zaistenia a môže sa skrátiť, presná doba zaistenia sa nedá taxatívne určiť, nakoľko závisí od viacerých faktorov, ako doba realizácie azylového konania, ako aj spolupráca navrhovateľa so štátnym orgánom Slovenskej republiky. Proti tomuto rozhodnutiu podal navrhovateľ v zákonnej lehote prostredníctvom právneho zástupcu opravný prostriedok, v ktorom žiadal, aby súd rozhodnutie zrušil, vec vrátil odporcovi na ďalšie konanie a zároveň nariadil jeho prepustenie zo zaistenia. Opravný prostriedok odôvodnil tým, že správny orgán nedostatočne zistil skutkový stav veci, rozhodnutie je nepreskúmateľné a tiež namietal, že správny orgán vec nesprávne právne posúdil. Uviedol, že z napadnutého rozhodnutia nevyplýva, že by sa odporca v prípade navrhovateľa zaoberal niektorou z alternatív k zaisteniu, a tým vylúčil uloženie niektorej z možnosti uvedenej v § 89 ods. 1 písm. a) alebo b) zákona o pobyte cudzincov. Odporca len konštatoval, že alternatívu k zaisteniu navrhovateľa nemožno uložiť. Navrhovateľ žije na Slovensku od roku 1981, bol ženatý až do roku 1997. Na území Slovenskej republiky sa zdržiavajú jeho dvaja dospelí synovia, ktorí majú slovenské štátne občianstvo a finančne navrhovateľa už pred zaistením podporovali. Navrhovateľ odkedy prišiel na územie Slovenskej republiky nemal v úmysle ju opustiť a vzhľadom na jeho zdravotný stav, má za to, že trvanie účelu zaistenia nie je dôvodné. Poukázal na to, že odporca mohol zaistiť navrhovateľa len vtedy, ak by u neho existovalo riziko úteku, alebo by sa vyhýbal alebo bránil procesu prípravy výkonu administratívneho vyhostenia. Ďalej namietal stanovenú dĺžku zaistenia do 10.06.2016, pričom uvedenú dĺžku doby zaistenia odporca neodôvodnil žiadnymi konkrétnymi dôvodmi a žiadnymi skutkovými okolnosťami v prejednávanej veci. K podanému opravnému prostriedku sa vyjadril odporca spolu s predložením administratívneho spisu a uviedol, že navrhuje opravnému prostriedku navrhovateľa nevyhovieť. Na nariadenom pojednávaní právny zástupca navrhovateľa uviedol, že sa pridržiava dôvodov uvedených v opravnom prostriedku. Navrhol napadnuté rozhodnutie zrušiť a vec vrátiť odporcovi na ďalšie konanie. Poverená zástupkyňa odporcu prítomná na pojednávaní uviedla, že sa pridržiava dôvodov uvedených v napadnutom rozhodnutí. Krajský súd v Bratislave ako súd vecne a mieste príslušný na konanie preskúmal rozhodnutie odporcu v rozsahu dôvodov podaného opravného prostriedku navrhovateľa ako aj konanie, ktoré vydaniu rozhodnutia predchádzalo na nariadenom pojednávaní konanom dňa 18.5.2016, oboznámil sa s obsahom pripojeného administratívneho spisu odporcu a musí konštatovať, že preskúmavané rozhodnutie odporcu je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88a ods. 1 písm. a), c) zákona číslo 404/2011 Z. z. policajt je oprávnený zaistiť žiadateľa o udelenie azylu, ak na dosiahnutie účelu zaistenia nie je možné využiť iné menej závažné prostriedky na účel zistenia alebo overenia jeho totožnosti alebo štátnej príslušnosti ak ide o štátneho príslušníka tretej krajiny zaisteného podľa § 88 ods. 1 písm. a) alebo písm. b) a ktorý podal žiadosť o udelenie azylu, ak existuje dôvodné podozrenie, že podal žiadosť o udelenie azylu s cieľom oddialiť alebo zmariť jeho administratívne vyhostenie.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 Podľa názoru súdu neobstojí navrhovateľova námietka o spoľahlivo nezistenom stave veci. Odporca riadne zistil skutkový stav, u navrhovateľa stále trvajú dôvody zaistenia. K námietke navrhovateľa, že odporca mohol byť zaistený iba vtedy, ak by existovalo riziko jeho úteku alebo ak by sa vyhýbal procesu prípravy výkonu administratívneho vyhostenia, je potrebné uviesť, že ako vyplýva z napadnutého rozhodnutia odporca zaistil navrhovateľa podľa § 88a ods. 1 písm. a), c) zákona č. 404/2011 Z.z. na účel zistenia alebo overenia jeho totožnosti alebo štátnej príslušnosti, ako aj z existencie podozrenia, že navrhovateľ podal žiadosť o udelenie azylu výlučne s cieľom oddialiť alebo zmariť jeho administratívne vyhostenie. Zo Zápisnice o podaní vyjadrenia zo dňa 25.03.2016 vyplýva, že navrhovateľ je si vedomí, že na území Slovenskej republiky sa zdržiava neoprávnene, a chcel by pracovať a bývať na Slovensku. Navrhovateľ o udelenie azylu však požiadal až potom ako bol zaistený. Odporca správne vychádzal z jemu dostupných informácií a tieto objektívne posúdil, posudzoval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ohľadom dĺžky zaistenia, a to najdlhšie do 10.06.2016 je potrebné uviesť, že odporca podľa § 88 ods. 4 zákona o pobyte cudzincov, navrhovateľa zaistil na čas nevyhnutne potrebný, dĺžku zaistenia stanovil do doby ukončenia azylového konania. Celkový čas zaistenia žiadateľa o udelenie azylu nesmie presiahnuť šesť mesiacov. Navrhovateľ sa nachádza na území Slovenskej republiky bez povolenia na pobyt, nie je držiteľom žiadneho cestovného dokladu, v súčasnosti je bez akýchkoľvek finančných prostriedkov potrebných na starostlivosť o svoju osobu, zdravie a bývanie. Navrhovateľ sa zdržiaval v Bratislave, kde býval v ubytovni pre bezdomovcov De Paul na Ivánskej ceste. Dňa 11.03.2015 mu bola zamietnutá žiadosť o tolerovaný pobyt. K námietke navrhovateľa, že z rozhodnutia nevyplýva, že by sa odporca zaoberal niektorou z alternatív zaistenia, je potrebné uviesť, že odporca sa zaoberal aj súkromným životom navrhovateľa. Odporca mal za to, že na dosiahnutie účelu zaistenia nie je možné využiť iné menej závažné prostriedky na účel zistenia tých skutočností, na ktorých je založená žiadosť o udelenie azylu, ktoré by nebolo možné získať ak existuje podozrenie, že navrhovateľ podal žiadosť o azyl s cieľom oddialiť alebo zmariť jeho administratívne vyhostenie. Navrhovateľ by nemohol splniť podmienky podľa § 89 ods. 1 zákona č. 404/2011 Z.z.. V zápisnici o podaní vyjadrenia zo dňa 25.03.2016 navrhovateľ uviedol, že je rozvedený, momentálne nedisponuje žiadnymi finančnými prostriedkami. Okrem toho uviedol, že má dvoch dospelých synov, je s nimi v kontakte, 2 krát spolu telefonovali, ale za posledný polrok, ktorý strávil v ÚPZC Medveďov ho neboli ani 1 krát navštíviť. Na otázku, či má možnosť ubytovať sa u vlastných synoch v Partizánskom, navrhovateľ uviedol, že predpokladá, že u synov asi áno, ale nakoľko bývajú spoločne s bývalou manželkou, tak ona s tým určite nebude súhlasiť. Z uvedeného je teda zrejmé, že navrhovateľ by podmienky stanovené v ustanovení § 89 ods. 1 zákona o pobyte cudzincov nevedel splniť a preto odporca nemohol namiesto zaistenia uložiť povinnosť hlásenia pobytu alebo zložiť peňažnú záruku. Záverom súd uvádza, že počas celej doby zaistenia bude odporca postupovať v zmysle ustanovenia § 90 ods. 1 písm. d) zákona č. 404/2011 Z.z. a skúmať, či trvá účel zaistenia a či nepominuli dôvody zaistenia.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 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https://www.kauzis.sk/judikatura/r/ECLI:SK:KSBA:2016:1016200775.1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