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6S/98/2016 z 16. 8. 2016</w:t>
      </w:r>
    </w:p>
    <w:p>
      <w:r>
        <w:t>Uznesenie Krajského súdu Bratislava z 16. augusta 2016, sp. zn. 6S/98/2016, ECLI:SK:KSBA:2016:1016200783.1</w:t>
      </w:r>
    </w:p>
    <w:p>
      <w:r>
        <w:t>Súd: Krajský súd Bratislava</w:t>
      </w:r>
    </w:p>
    <w:p>
      <w:r>
        <w:t>Spisová značka: 6S/98/2016</w:t>
      </w:r>
    </w:p>
    <w:p>
      <w:r>
        <w:t>ECLI: ECLI:SK:KSBA:2016:1016200783.1</w:t>
      </w:r>
    </w:p>
    <w:p>
      <w:r>
        <w:t>Dátum vydania: 16. 8. 2016</w:t>
      </w:r>
    </w:p>
    <w:p>
      <w:r>
        <w:t>Forma: Uznesenie</w:t>
      </w:r>
    </w:p>
    <w:p>
      <w:pPr>
        <w:pStyle w:val="Heading2"/>
      </w:pPr>
      <w:r>
        <w:t>Text rozhodnutia</w:t>
      </w:r>
    </w:p>
    <w:p>
      <w:r>
        <w:t>Súd: Krajský súd Bratislava Spisová značka: 6S/98/2016 Identifikačné číslo súdneho spisu: 1016200783 Dátum vydania rozhodnutia: 17. 08. 2016 Meno a priezvisko sudcu, VSÚ: JUDr. Vlastimil Pavlikovský ECLI: ECLI:SK:KSBA:2016:1016200783.1 Uznesenie Krajský súd v Bratislave v právnej veci žalobcu: Žilinská univerzita v Žiline, so sídlom Univerzitná 8215/1, 010 26 Žilina, právne zastúpený: MAPLE &amp; FISH s.r.o., so sídlom Dunajská 15/A, 811 08 Bratislava, proti žalovanému v 1. rade: Výskumná agentúra, so sídlom Hanulova 5/B, 841 01 Bratislava a v 2. rade: Ministerstvo školstva, vedy, výskumu a športu Slovenskej republiky, so sídlom Stromová 1, 813 30 Bratislava, v konaní o preskúmanie zákonnosti rozhodnutia žalovaného v 1. rade - Správy o zistenej nezrovnalosti č. N21501392/S02 zo dňa 16.3.2016 a Žiadosti o vrátenie finančných prostriedkov č. 26220120027/Z03 zo dňa 16.3.2016, jednohlasne, takto r o z h o d o l : Krajský súd v Bratislave konanie z a s t a v u j e . Žalovaný v 1. rade je povinný nahradiť žalobcovi trovy konania, o výške ktorej rozhodne správny súd po právoplatnosti tohto uznesenia samostatným uznesením. Krajský súd v Bratislave v r a c i a žalobcovi súdny poplatok vo výške 63,30 € prostredníctvom Slovenskej pošty, a.s. - prevádzkovateľ systému, IČO 36 631 124, so sídlom Partizánska cesta 9, 975 99 Banská Bystrica. Poplatok bude vrátený po nadobudnutí právoplatnosti tohto uznesenia. o d ô v o d n e n i e : 1. Žalobou doručenou Krajskému súdu v Bratislave dňa 9.5.2016 sa žalobca domáhal preskúmania zákonnosti rozhodnutia žalovaného v 1. rade Správy o zistenej nezrovnalosti č. N21501392/S02 zo dňa 16.3.2016 a Žiadosti o vrátenie finančných prostriedkov č. 26220120027/Z03 zo dňa 16.3.2016, pričom v žiadosti o vrátenie finančných prostriedkov sa žalovaný v 1. rade domáhal vrátenia istiny vo výške 82.378,32 €. 2. Písomným podaním doručeným krajskému súdu dňa 30.6.2016 žalobca zobral svoj návrh vo veci v celom rozsahu späť a zároveň sa domáhal náhrady trov konania. V podanom späťvzatí návrhu žalobca uviedol, že následne po podaní žaloby mu bola dňa 25.5.2016 doručená Správa o zistenej nezrovnalosti č. N21501392/S03 zo dňa 23.5.2016 a Žiadosť o vrátenie finančných prostriedkov č. 26220120027/ Z03 zo dňa 23.5.2016 projektu 26220120027 Centrum excelentnosti pre dopravné staviteľstvo. Tieto sú aktualizáciou Správy o zistenej nezrovnalosti zo dňa 16.03.2016 a Žiadosti o vrátenie finančných prostriedkov zo dňa 16.03.2016 a zároveň žalobou napadnutú Správu o zistenej nezrovnalosti zo dňa 16.03.2016 a Žiadosť o vrátenie finančných prostriedkov zo dňa 16.3.2016 v celom rozsahu nahrádzajú. Na základe vyššie uvedených skutočností, ako i z dôvodu, že k späťvzatiu žaloby došlo na základe konania zo strany žalovaného v 1. rade, t.j. že žalovaný v 1. rade po podaní žaloby doručil žalobcovi novú Správu o zistenej nezrovnalosti zo dňa 23.5.2016 a Žiadosť o vrátenie finančných prostriedkov zo dňa 23.5.2016, ktorými v celom rozsahu nahradil žalobou napádanú Správu o zistenej nezrovnalosti zo dňa 16.3.2016 a Žiadosť o vrátenie finančných prostriedkov zo dňa 16.03.2016, si žalobca uplatnil voči žalovanému v 1. rade a žalovanému v 2. rade náhradu trov konania vrátane trov právneho zastúpenia vo výške 433,79 €. 3. Podľa § 63 Správneho súdneho poriadku (ďalej len SSP), žalobca môže do vydania rozhodnutia správneho súdu vziať žalobu späť, a to sčasti alebo celkom. Ak je žaloba vzatá späť celkom, správny súd konanie zastaví. Ak je žaloba vzatá spať sčasti, správny súd konanie v tejto časti zastaví. O čiastočnom späťvzatí žaloby rozhodne správny súd v rozhodnutí vo veci samej. 4. Krajský súd v Bratislave konanie zastavil, nakoľko žalobca zobral žalobu späť v celom rozsahu. 5. Podľa § 171 ods. 1 SSP, ak účastník konania procesne zavinil odmietnutie žaloby alebo zastavenie konania, správny súd prizná trovy konania ostatným účastníkom konania. 6. Podľa § 175 ods. 1 SSP, o nároku na náhradu trov konania rozhodne aj bez návrhu správny súd v rozhodnutí, ktorým sa konanie končí. 7. Podľa § 175 ods. 1 SSP, o výške náhrady trov konania rozhodne správny súd po právoplatnosti rozhodnutia, ktorým sa konanie končí, samostatným uznesením, ktoré vydá súdny úradník. 8. Nakoľko žalovaný doručil žalobcovi novú Správu o zistenej nezrovnalosti zo dňa 23.5.2016 a Žiadosť o vrátenie finančných prostriedkov zo dňa 23.5.2016 (čím zavinil zastavenie konania v dôsledku späťvzatia žaloby žalobcom), ktorými v celom rozsahu nahradil žalobou napádanú Správu o zistenej nezrovnalosti zo dňa 16.3.2016 a Žiadosť o vrátenie finančných prostriedkov zo dňa 16.03.2016, súd rozhodol o trovách konania tak, že žalovaný v 1. rade je povinný nahradiť žalobcovi trovy konania, o výške ktorej rozhodne správny súd po právoplatnosti tohto uznesenia samostatným uznesením vydaným súdnym úradníkom. 9. Podľa § 11 ods. 3 a 4 zákona č. 71/1992 Zb. o súdnych poplatkoch a poplatku za výpis z registra trestov (ďalej len zákon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(4) Okrem poplatku v konaní o rozvod manželstva a poplatku, ktorý sa vracia podľa odseku 1 &lt;aspi://module='ASPI'&amp;link='71/1992 Zb.%252311'&amp;ucin-k-dni='30.12.9999'&gt;, sa poplatok alebo jeho časť (preplatok) vracia krátený o 1%, najmenej však 6,70 eura. Ak sa návrh vzal späť pred zaplatením poplatku, poplatok sa nevyrubuje. 10. Žalobca zaplatil súdny poplatok vo výške 70,- €. Nakoľko sa v tejto veci konanie zastavilo, súd v zmysle ustanovenia § 11 ods. 3 a 4 zákona č. 71/1992 Zb. vrátil žalobcovi krátený súdny poplatok vo výške 63,30 €. 11.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https://www.kauzis.sk/judikatura/r/ECLI:SK:KSBA:2016:1016200783.1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