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5S/92/2016 z 10. 10. 2016</w:t>
      </w:r>
    </w:p>
    <w:p>
      <w:r>
        <w:t>Uznesenie Krajského súdu Bratislava z 10. októbra 2016, sp. zn. 5S/92/2016, ECLI:SK:KSBA:2016:1016200786.1</w:t>
      </w:r>
    </w:p>
    <w:p>
      <w:r>
        <w:t>Súd: Krajský súd Bratislava</w:t>
      </w:r>
    </w:p>
    <w:p>
      <w:r>
        <w:t>Spisová značka: 5S/92/2016</w:t>
      </w:r>
    </w:p>
    <w:p>
      <w:r>
        <w:t>ECLI: ECLI:SK:KSBA:2016:1016200786.1</w:t>
      </w:r>
    </w:p>
    <w:p>
      <w:r>
        <w:t>Dátum vydania: 10. 10. 2016</w:t>
      </w:r>
    </w:p>
    <w:p>
      <w:r>
        <w:t>Forma: Uznesenie</w:t>
      </w:r>
    </w:p>
    <w:p>
      <w:pPr>
        <w:pStyle w:val="Heading2"/>
      </w:pPr>
      <w:r>
        <w:t>Text rozhodnutia</w:t>
      </w:r>
    </w:p>
    <w:p>
      <w:r>
        <w:t>Súd: Krajský súd Bratislava Spisová značka: 5S/92/2016 Identifikačné číslo súdneho spisu: 1016200786 Dátum vydania rozhodnutia: 11. 10. 2016 Meno a priezvisko sudcu, VSÚ: JUDr. Dáša Filová ECLI: ECLI:SK:KSBA:2016:1016200786.1 Uznesenie Krajský súd v Bratislave v právnej veci žalobcu: Žilinská univerzita v Žiline, Univerzitná 8215/1, 010 26 Žilina, IČO: 00 397 563, zastúpený advokátskou kanceláriou: MAPLE &amp; FISH s.r.o., Dunajská 15/ A, 811 08 Bratislava, IČO: 36 718 432, proti žalovaným: 1. Výskumná agentúra, Hanulova 5/B, 841 01 Bratislava, 2. Ministerstvo školstva, vedy, výskumu a športu Slovenskej republiky, Stromová 1, 813 30 Bratislava, o preskúmanie zákonnosti Správy o zistenej nezrovnalosti č. N21501399/S02 zo dňa 16.03.2016 a Žiadosti o vrátenie finančných prostriedkov č. 26220120028/Z05 zo dňa 16.03.2016, takto r o z h o d o l : Správny súd návrh žalobcu na priznanie odkladného účinku žaloby zo dňa 06.05.2016 z a m i e t a. o d ô v o d n e n i e : Žalobou doručenou tunajšiemu správnemu súdu dňa 09.05.2016 sa žalobca domáha preskúmania zákonnosti podaní žalovaného v 1. rade - Správy o zistenej nezrovnalosti č. N21501399/S02 zo dňa 16.03.2016 a Žiadosti o vrátenie finančných prostriedkov č. 26220120028/Z05 zo dňa 16.03.2016 projektu 26220120028 Centrum excelentnosti pre systémy a služby inteligentnej dopravy s návrhom na ich zrušenie a vrátenie veci na ďalšie konanie. V Správe o zistenej nezrovnalosti žalovaný v 1. rade oznámil žalobcovi, že zistil neoprávnené výdavky, ktoré vznikli porušením § 9 ods. 2 a § 32 ods. 6 zákona č. 25/2006 Z. z. o verejnom obstarávaní a o zmene a doplnení niektorých zákonov v znení neskorších predpisov. V bode 2.1 Správy o zistenej nezrovnalosti žalovaný v 1. rade oznámil žalobcovi, že bolo porušené ustanovenie Európskeho spoločenstva - Hlava V, kap. III, čl. 56 Nariadenia Rady (ES) č. 1083/2006. V bode 5.3 Správy o zistenej nezrovnalosti žalovaný v 1. rade uviedol, že na základe Protokolu o výsledku kontroly dodržiavania zákona o verejnom obstarávaní č. 9924-7000/2014- OK/4 zo dňa 17.12.2014 Úrad pre verejné obstarávanie konštatoval zistenia, ktoré mohli mať vplyv na výsledok verejného obstarávania. Výšku nezrovnalosti žalovaný v 1. rade identifikoval v celkovej výške 136.045,75 eur. Z toho podiel Európskej únie bol vyčíslený vo výške 115.638,88 eur, podiel Štátneho rozpočtu vo výške 13.604,59 eur a podiel vlastných zdrojov vo výške 6.802,28 eur. V Žiadosti o vrátenie finančných prostriedkov žalovaný v 1. rade požiadal žalobcu o vrátenie istiny vo výške 129.243,47 eur, ktorá je súčtom požadovaných korekcií uložených vo výške poskytnutých finančných prostriedkov zo zdrojov Európskej únie a zo zdrojov Štátneho rozpočtu. Predmetné finančné prostriedky je žalobca v zmysle Správy o zistenej nezrovnalosti a Žiadosti o vrátenie finančných prostriedkov povinný vrátiť v lehote najneskôr do 09.05.2016. Žalobca súčasne s podaním žaloby navrhol, aby súd uznesením odložil vykonateľnosť napadnutých podaní do doby právoplatného rozhodnutia súdu vo veci samej (pozn. súdu: s účinnosťou od 01.07.2016 ide o návrh na priznanie odkladného účinku správnej žaloby podľa § 185 zákona č. 162/2015 Z. z. Správny súdny poriadok (ďalej len „SSP“)). Návrh odôvodnil tým, že vymáhaním korekcie stanovenej v sume 129.243,47 eur v spojení s ďalšími korekciami, ktoré boli žalobcovi uložené, hrozí žalobcovi riziko prerušenia výkonu jeho činnosti s ohrozením výkonu poslania žalobcu (rozvoj harmonických osobností, vedomosti, múdrosti, dobra a tvorivosti v človeku ako i prispievanie k rozvoju vzdelanosti, vedy, kultúry a zdravia pre blaho celej spoločnosti ako i k rozvoju vedomostnej spoločnosti). V prípade vymáhania korekcie žalobca nebude schopný pokryť svoje personálne náklady vo vzťahu k viac ako 810 pedagogickým a výskumným a viac ako 720 administratívnym a prevádzkovým pracovníkom. Daná situácia by mala dopad aj na vyše 8790 študentov žalobcu, ktorí by boli nútení prerušiť svoje štúdium, pričom jeho možné dokončenie by bolo otázne aj z dôvodu zrušenia žalobcu v dôsledku vymáhania korekcií. Žalobca je pritom druhým najväčším zamestnávateľom v Žilinskom kraji a v budúcnosti sa zaviazal vytvoriť množstvo pracovných miest v tomto kraji. V uvedenom prípade žalobca nebude schopný pokryť svoje náklady súvisiace s prevádzkou hnuteľného a nehnuteľného majetku, ktorý má vo svojej správe, čím dôjde k obmedzeniu možnosti poskytovania vzdelávacieho a vedeckého procesu. Uhradenie korekcie môže žalobcovi spôsobiť prerušenie viacerých projektov s regionálnou až národnou dôležitosťou. Žalobca tiež poukázal na zrejmé pochybenia v napadnutých podaniach žalovaného v 1. rade, pre ktoré je možné očakávať ich zrušenie. V prípade neodloženia vykonateľnosti týchto podaní hrozí žalobcovi vznik značnej škody s nenapraviteľnými následkami. Žalovaný v 1. rade sa k návrhu žalobcu na odklad vykonateľnosti napadnutých podaní vyjadril písomne v podaní zo dňa 05.09.2016. Vo vyjadrení uviedol, že žalobca jednoznačne nepreukázal, že by korekciou vo výške 75%, resp. žiadosťou o vrátenie finančných prostriedkov mu hrozila „závažná ujma“. Mal za to, že Správa o zistenej nezrovnalosti a Žiadosť o vrátenie finančných prostriedkov nie sú materiálne vykonateľné. Predmetné podania žalovaného v 1. rade neohrozujú práva a oprávnené záujmy žalobcu, nakoľko nie sú rozhodnutiami preskúmateľnými súdom a nie sú konečnými rozhodnutiami podľa § 27a ods. 3, 5, 7 zákona č. 528/2008 Z. z., ktoré sú preskúmateľné po vyčerpaní riadnych opravných prostriedkov. Žalovaný v 2. rade doručil písomné vyjadrenie k žalobe dňa 01.08.2016. Namietal, že v danom prípade nie sú splnené podmienky pre odklad vykonateľnosti napadnutých rozhodnutí, keďže Správa o zistenej nezrovnalosti a Žiadosť o vrátenie finančných prostriedkov nie sú vykonateľné a v tomto štádiu nemôžu žalobcovi spôsobiť žiadnu ujmu. Predmetné dokumenty nie sú materiálne vykonateľné, nakoľko nejde o rozhodnutia, ktoré môžu byť predmetom súdneho prieskumu, pre žalobcu nie sú záväzné, Správa má len informačný podkladový charakter a Žiadosť má charakter dobrovoľnej výzvy. Nesplnením uloženej povinnosti v Žiadosti sa postavenie žalobcu nezmení v žiadnom smere a žalovaní bez ďalších úkonov smerujúcich k začatiu správneho alebo súdneho konania, ktorého výsledkom je právoplatné, vykonateľné a záväzné rozhodnutie, nemôžu pristúpiť k vymáhaniu vrátenia nenávratného finančného príspevku. Uvedené písomnosti nemajú charakter konečného rozhodnutia podľa § 27a ods. 5 zákona č. 528/2008 Z. z. o pomoci a podpore poskytovanej z fondov Európskeho spoločenstva, ktoré je súdom preskúmateľné po vyčerpaní riadnych opravných prostriedkov alebo prípadne právoplatný rozsudok súdu. Správa i Žiadosť nie sú vykonateľné aj z dôvodu, že nie sú exekučným titulom. Žalovaný v 2. rade mal za to, že odklad vykonateľnosti napadnutých rozhodnutí nemožno povoliť, keďže žalobca nepreukázal, že by mu na základe predmetných dokumentov hrozila akákoľvek ujma.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Vzhľadom k tomu, že neboli splnené podmienky predpokladané ust. § 185 písm. a) SSP, správny súd v súlade s ust. § 188 SSP návrh žalobcu na priznanie odkladného účinku žaloby zo dňa 06.05.2016 zamietol. Poučenie: Proti tomuto uzneseniu nie je prípustná kasačná sťažnosť (§ 439 ods. 2 písm. e) SSP).</w:t>
      </w:r>
    </w:p>
    <w:p/>
    <w:p>
      <w:r>
        <w:t>Zdroj: KAUZIS.SK – https://www.kauzis.sk/judikatura/r/ECLI:SK:KSBA:2016:1016200786.1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