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5S/95/2016 z 5. 12. 2016</w:t>
      </w:r>
    </w:p>
    <w:p>
      <w:r>
        <w:t>Uznesenie Krajského súdu Bratislava z 5. decembra 2016, sp. zn. 5S/95/2016, ECLI:SK:KSBA:2016:1016200804.2</w:t>
      </w:r>
    </w:p>
    <w:p>
      <w:r>
        <w:t>Súd: Krajský súd Bratislava</w:t>
      </w:r>
    </w:p>
    <w:p>
      <w:r>
        <w:t>Spisová značka: 5S/95/2016</w:t>
      </w:r>
    </w:p>
    <w:p>
      <w:r>
        <w:t>ECLI: ECLI:SK:KSBA:2016:1016200804.2</w:t>
      </w:r>
    </w:p>
    <w:p>
      <w:r>
        <w:t>Dátum vydania: 5. 12. 2016</w:t>
      </w:r>
    </w:p>
    <w:p>
      <w:r>
        <w:t>Forma: Uznesenie</w:t>
      </w:r>
    </w:p>
    <w:p>
      <w:pPr>
        <w:pStyle w:val="Heading2"/>
      </w:pPr>
      <w:r>
        <w:t>Text rozhodnutia</w:t>
      </w:r>
    </w:p>
    <w:p>
      <w:r>
        <w:t>Súd: Krajský súd Bratislava Spisová značka: 5S/95/2016 Identifikačné číslo súdneho spisu: 1016200804 Dátum vydania rozhodnutia: 06. 12. 2016 Meno a priezvisko sudcu, VSÚ: JUDr. Viera Šebestová ECLI: ECLI:SK:KSBA:2016:1016200804.2 Uznesenie Krajský súd v Bratislave v právnej veci žalobcu: Žilinská univerzita v Žiline, so sídlom Univerzitná 8215/1, 010 26 Žilina, IČO: 00 397 563, zastúpený: MAPLE &amp; FISH s.r.o., Dunajská 15/A, 811 08 Bratislava, proti žalovanému v 1. rade: Výskumná agentúra, so sídlom Hanulova 5/B, 841 01 Bratislava, IČO: 31 819 494, v 2.rade: Ministerstvo školstva, vedy, výskumu a športu Slovenskej republiky, Stromová 1, 813 30 Bratislava, IČO: 00 164 381, o preskúmanie zákonnosti rozhodnutia žalovaného - Správa o zistenej nezrovnalosti č. N21501361/S02 zo dňa 17.03.2016, Žiadosti o vrátenie finančných prostriedkov č. 26250120021/Z02 zo dňa 17.03.2016, o odkladný účinok správnej žaloby, takto r o z h o d o l : Krajský súd v Bratislave návrh žalobcu o odkladný účinok správnej žaloby zo dňa 10.05.2016 o preskúmanie zákonnosti rozhodnutia žalovaného - Správa o zistenej nezrovnalosti č. N21501361/ S02 zo dňa 17.03.2016 spolu so Žiadosťou o vrátenie finančných prostriedkov 26250120021/Z02 zo dňa 17.03.2016 projektu 26250120021 „Modernizácia infraštruktúry Žilinskej univerzity v Žiline so zameraním na IKT, z a m i e t a. o d ô v o d n e n i e : 1. Žalobca sa žalobou doručenou tunajšiemu súdu dňa 10.05.2016 domáhal zrušenia rozhodnutia Správy o zistenej nezrovnalosti č. N21501361/S02 zo dňa 17.03.2016 spolu so Žiadosťou o vrátenie finančných prostriedkov projektu č. 26250120021/Z02 zo dňa 17.03.2016 a vrátenia veci žalovanému v 1. rade na ďalšie konanie a zároveň navrhol, aby súd vydal uznesenie o odklade uvedených rozhodnutí žalovaného v 1. a 2. rade do právoplatnosti rozhodnutia súdu o žalobe žalobcu. 2. Dôvodom podania žiadosti o odkladný účinok správnej žaloby je skutočnosť, že vykonaním korekcie nenávratného finančného príspevku vo výške 646.227,02 eur a jeho nevrátením v stanovenej lehote hrozí žalobcovi závažná ujma spočívajúca v zaťažení rozpočtu žalobcu nepredvídateľnou položkou. Uložením povinnosti vrátiť finančné prostriedky v uvedenom objeme na podklade Žiadosti žalobca stratí nielen možnosť riadneho plnenia jeho úloh v oblasti vzdelávania, ale vzhľadom na jeho postavenie bude mať uloženie tejto povinnosti kardinálne dopady na výkon jeho zákonom garantovaných práv a závažný regionálny a celospoločenský dopad. 3. Žalovaný v 1. rade vo vyjadrení doručenému súdu dňa 08.09.2016 uvádza, že Správa a Žiadosť nie sú materiálne vykonateľné. Uvedené dokumenty v konečnom dôsledku neohrozujú práva a oprávnené záujmy žalobcu, pretože nejde o rozhodnutia, ktoré sú preskúmateľné súdom a nejde o konečné „rozhodnutia“, keďže takým je až rozhodnutie podľa § 27a ods. 3, 5, 7 zákona č. 528/2008 Z.z., ktoré je preskúmateľné po vyčerpaní riadnych opravných prostriedkov. 4. Žalovaný v 2.rade vo vyjadrení doručeného súdu dňa 26.07.2016 uviedol, že uvedené dokumenty v konečnom dôsledku neohrozujú práva a oprávnené záujmy žalobcu, pretože nejde o rozhodnutia, ktoré sú preskúmateľné súdom a nejde o konečné „rozhodnutie“, keďže takým je až rozhodnutie podľa § 27a ods. 3, 5, 7 zákona č. 528/2008 Z.z., ktoré je preskúmateľné súdom po vyčerpaní riadnych opravných prostriedkov. Zároveň poukazuje na rozhodnutia Krajského súdu v Bratislave sp. zn. 1S 250/2014, 5S/145/2015 a uznesenie Najvyššieho súdu SR sp. zn. 4Sžf/56/2015. 5. Súd sa stotožnil s vyslovenými právnymi názormi oboch žalovaných.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188 SSP ak správny súd návrhu žalobcu nevyhovie, uznesením ho zamietne. 9. Súd v súlade s citovaným zákonným ustanovením § 188 SSP zamietol návrh žalobcu, nakoľko neboli splnené a preukázané podmienky ust. § 185 písm. a/ SSP. Poučenie: Proti tomuto uzneseniu kasačná sťažnosť nie je prípustné podľa § 439 ods. 2 písm. e/ SSP.</w:t>
      </w:r>
    </w:p>
    <w:p/>
    <w:p>
      <w:r>
        <w:t>Zdroj: KAUZIS.SK – https://www.kauzis.sk/judikatura/r/ECLI:SK:KSBA:2016:1016200804.2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