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5C/8/2016 z 22. 6. 2016</w:t>
      </w:r>
    </w:p>
    <w:p>
      <w:r>
        <w:t>Uznesenie Krajského súdu Bratislava z 22. júna 2016, sp. zn. 5C/8/2016, ECLI:SK:KSBA:2016:1016200810.2</w:t>
      </w:r>
    </w:p>
    <w:p>
      <w:r>
        <w:t>Súd: Krajský súd Bratislava</w:t>
      </w:r>
    </w:p>
    <w:p>
      <w:r>
        <w:t>Spisová značka: 5C/8/2016</w:t>
      </w:r>
    </w:p>
    <w:p>
      <w:r>
        <w:t>ECLI: ECLI:SK:KSBA:2016:1016200810.2</w:t>
      </w:r>
    </w:p>
    <w:p>
      <w:r>
        <w:t>Dátum vydania: 22.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5C/8/2016 Identifikačné číslo súdneho spisu: 1016200810 Dátum vydania rozhodnutia: 23. 06. 2016 Meno a priezvisko sudcu, VSÚ: JUDr. Ondrej Krajčo ECLI: ECLI:SK:KSBA:2016:1016200810.2 Uznesenie Krajský súd v Bratislave v právnej veci navrhovateľa: V. N., bývajúceho D. W. W., H. Na C. XXX/XX, proti odporcovi: Zdravotná poisťovňa, so sídlom neuvedené, o náhradu škody vo výške 110.000,- EUR, o neúplnom podaní, takto r o z h o d o l : Podanie navrhovateľa doručené dňa 11. 05. 2016 o d m i e t a. o d ô v o d n e n i e : Dňa 11. 05. 2016 bolo tunajšiemu súdu doručené podanie navrhovateľa; označené ako žiadosť o odškodnenie; z ktorého podania však nebolo zrejmé voči komu návrh smeruje, neuviedol skutkové okolnosti, na podklade ktorých žiada zaplatenie sumy 110.000,- EUR a neuviedol, čo táto suma predstavuje (majetková alebo nemajetková ujma) a taktiež neoznačil ani nepripojil k návrhu žiadne dôkazy na podporu svojich tvrdení. Vzhľadom na to, že podanie navrhovateľa nespĺňalo zákonom stanovené náležitosti, tunajší súd uznesením zo dňa 16. 05. 2016, č. k. 5C/8/2016-3, doručeným navrhovateľovi dňa 26. 05. 2016, vyzval navrhovateľa podľa § 43 ods. 1, § 42 ods. 3 O. s. p., aby v lehote 10 dní od doručenia predmetného uznesenia opravil svoje neúplné a nesprávne podanie aj s poučením, ako treba túto opravu a doplnenie vykonať, t. j. najmä, aby riadne, určito a zrozumiteľne uviedol, voči komu návrh smeruje. Zároveň bol navrhovateľ poučený, že ak svoje podanie v stanovenej lehote nedoplní, resp. neodstráni jeho vady, tunajší súd jeho podanie odmietne. Podľa § 43 ods. 1 O. s. p.,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Ak ide o podanie, ktoré by mohlo byť podľa svojho obsahu návrhom na začatie konania, odošle súd uznesenie do 60 dní od doručenia takéhoto podania. Podľa § 43 ods. 2 O. s. p.,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uzneseniu o odmietnutí podania, o odvolaní proti tomuto uzneseniu môže podľa § 210a rozhodnúť súd, ktorý ho vydal. Vzhľadom na to, že navrhovateľ nedoplnil svoje podanie, ani neodstránil jeho vady v súdom určenej lehote, a to napriek tomu, že bol na jeho doplnenie, resp. odstránenie vád vyzvaný kvalifikovanou výzvou súdu; uskutočnenou uznesením zo dňa 16. 05. 2016, č. k. 5C/8/2016-3; a bol zároveň poučený aj o následkoch nesplnenia si tejto povinnosti, t. j. o možnosti odmietnutia jeho podania, nebolo možné v predmetnom konaní pre vyššie uvedené nedostatky podania pokračovať, a preto tunajší súd podanie navrhovateľa, ktoré by mohlo byť podľa svojho obsahu návrhom na začatie konania, podľa § 43 ods. 2 vety prvej O. s. p. odmietol. Poučenie: Proti tomuto rozhodnutiu j e p r í p u s t n é odvolanie v lehote 15 dní (§ 204 ods. 1, 2 O. s. p.) odo dňa jeho doručenia, v dvoch vyhotoveniach prostredníctvom tunajšieho súdu na Najvyšší súd SR.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https://www.kauzis.sk/judikatura/r/ECLI:SK:KSBA:2016:1016200810.2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