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1S/104/2016 z 31. 7. 2016</w:t>
      </w:r>
    </w:p>
    <w:p>
      <w:r>
        <w:t>Uznesenie Krajského súdu Bratislava z 31. júla 2016, sp. zn. 1S/104/2016, ECLI:SK:KSBA:2016:1016200826.1</w:t>
      </w:r>
    </w:p>
    <w:p>
      <w:r>
        <w:t>Súd: Krajský súd Bratislava</w:t>
      </w:r>
    </w:p>
    <w:p>
      <w:r>
        <w:t>Spisová značka: 1S/104/2016</w:t>
      </w:r>
    </w:p>
    <w:p>
      <w:r>
        <w:t>ECLI: ECLI:SK:KSBA:2016:1016200826.1</w:t>
      </w:r>
    </w:p>
    <w:p>
      <w:r>
        <w:t>Dátum vydania: 31.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1S/104/2016 Identifikačné číslo súdneho spisu: 1016200826 Dátum vydania rozhodnutia: 01. 08. 2016 Meno a priezvisko sudcu, VSÚ: JUDr. Monika Valašíková PhD. ECLI: ECLI:SK:KSBA:2016:1016200826.1 Uznesenie Krajský súd v Bratislave v právnej veci žalobcu: G. G., F. Č. Ú. na H. F. O.K. E. K. Ú. na H. H., E. E. I. XX/XXX, XXX XX M., proti žalovanému: Ústav na výkon trestu odňatia slobody a ústav na výkon väzby, so sídlom Gucmanova 19/670, 920 41 Leopoldov, v konaní o preskúmanie zákonnosti rozhodnutia žalovaného - riaditeľa Ústavu na výkon trestu odňatia slobody a Ústavu na výkon väzby č. ÚVTOSaÚVV-7-9/24-2015 zo dňa 19.06.2015, takto r o z h o d o l : Krajský súd v Bratislave p o s t u p u j e vec Krajskému súdu v Trnave. o d ô v o d n e n i e : 1. Žalobou doručenou Krajskému súdu v Bratislave dňa 16.05.2016 sa žalobca domáhal preskúmania zákonnosti rozhodnutia žalovaného - riaditeľa Ústavu na výkon trestu odňatia slobody a Ústavu na výkon väzby č. ÚVTOSaÚVV-7-9/24-2015 zo dňa 19.06.2015, ktorým bolo rozhodnuté o umiestnení žalobcu do oddielu s bezpečnostným režimom. 2.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3. V podanej žalobe žalobca uviedol ako žalovaného Zbor väzenskej a justične stráže, so sídlom Šagátová 1, 821 08 Bratislava. 4. V zmysle § 55 ods. 3 Správneho súdneho poriadku (ďalej len SSP) sa posudzuje každé podanie podľa jeho obsahu. Z toho vyplýva, že z obsahu podanej žaloby je zrejmé, že žalobou napadnuté rozhodnutia nevydal Zbor väzenskej a justičnej stráže, ale samotný ústav, v ktorom sa žalobca nachádza. 5. Podľa § 491 ods. 1 SSP, ak nie je ďalej ustanovené inak, platí tento zákon aj na konania začaté podľa piatej časti Občianskeho súdneho poriadku predo dňom nadobudnutia jeho účinnosti. 6. Podľa § 491 ods. 2 veta posledná SSP, ak sa tento zákon použije na konania začaté predo dňom nadobudnutia účinnosti tohto zákona, nemožno uplatňovať ustanovenia tohto zákona, ak by boli v neprospech žalobcu, ak je ním fyzická osoba alebo právnická osoba. 7. Návrh na začatie konania bol podaný dňa 16.05.2016, teda v čase platnosti Občianskeho súdneho poriadku (ďalej len O.s.p.). V zmysle O.s.p. súd vychádzal z nasledujúcich ustanovení: 8. Podľa § 246 ods. O.s.p, na preskúmavanie rozhodnutí a postupov sú vecne príslušné krajské súdy, ak zákon neustanovuje inak. 9. Podľa § 246a ods. 1 O.s.p.,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10. Podľa § 250 ods. 4 O.s.p., pri rozhodnutí správneho orgánu vydaného v správnom konaní je žalovaným správny orgán, ktorý rozhodol v poslednom stupni. 11. Podľa § 250d ods. 2 O.s.p. ak predseda senátu zistí, že súd nie je vecne alebo miestne príslušný, postúpi vec uznesením príslušnému súdu. 12. Z vyššie uvedených ustanovení O.s.p. vyplýva, že ak by súd rozhodoval v čase do 30.06.2016, postúpil by spis miestne príslušnému krajskému súdu na konanie vo veci, ktorým je Krajský súd v Trnave. 13. Podľa súčasnej právnej úpravy -Správneho súdneho poriadku, správny súd vychádza z ustanovenia § 13 ods. 1 a 2 SSP. 14. Podľa § 13 ods. 1 SSP, miestne príslušným je krajský súd, v ktorého obvode má sídlo orgán verejnej správy, ktorý rozhodol v prvom stupni, ak tento zákon neustanovuje inak. 15. Podľa § 13 ods. 2 SSP, ak nemožno určiť miestnu príslušnosť podľa odseku 1, je miestne príslušným krajský súd, v ktorého obvode ma sídlo žalovaný správny orgán. 16. Žalovaným je Ústav na výkon trestu odňatia slobody a ústav na výkon väzby, so sídlom Gucmanova 19/670, 920 41 Leopoldov, a teda podľa nového SSP je miestne príslušným na rozhodovanie o podanej žalobe taktiež Krajský súd v Trnave z dôvodu, že sídlo žalovaného spadá pod obvod trnavského kraja. 17. Súd porovnával predchádzajúcu právnu úpravu podľa O.s.p. a terajšiu právnu úpravu na základe ustanovenia § 491 ods. 2 veta posledná SSP, a dospel k záveru, že ani predchádzajúca a ani súčasná právna úprava nie je v neprospech žalobcu, preto postupom podľa § 491 ods. 1 SSP uplatnil správny súd Správny súdny poriadok aj na predmetné konanie, hoci bolo začaté predo dňom nadobudnutia účinnosti Správneho súdneho poriadku 18. Nakoľko v uvedenej veci bolo zistené, že Krajský súd v Bratislave nie je miestne príslušným na konanie v predmetnej veci, vec bude po právoplatnosti tohto uznesenia postúpená Krajskému súdu v Trnave. Poučenie: Proti tomuto uzneseniu nie je prípustná kasačná sťažnosť (§ 439 ods. 2 písm. a) SSP)</w:t>
      </w:r>
    </w:p>
    <w:p/>
    <w:p>
      <w:r>
        <w:t>Zdroj: KAUZIS.SK – https://www.kauzis.sk/judikatura/r/ECLI:SK:KSBA:2016:1016200826.1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