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10Sd/66/2016 z 13. 6. 2016</w:t>
      </w:r>
    </w:p>
    <w:p>
      <w:r>
        <w:t>Uznesenie Krajského súdu Bratislava z 13. júna 2016, sp. zn. 10Sd/66/2016, ECLI:SK:KSBA:2016:1016200834.1</w:t>
      </w:r>
    </w:p>
    <w:p>
      <w:r>
        <w:t>Súd: Krajský súd Bratislava</w:t>
      </w:r>
    </w:p>
    <w:p>
      <w:r>
        <w:t>Spisová značka: 10Sd/66/2016</w:t>
      </w:r>
    </w:p>
    <w:p>
      <w:r>
        <w:t>ECLI: ECLI:SK:KSBA:2016:1016200834.1</w:t>
      </w:r>
    </w:p>
    <w:p>
      <w:r>
        <w:t>Dátum vydania: 13. 6. 2016</w:t>
      </w:r>
    </w:p>
    <w:p>
      <w:r>
        <w:t>Forma: Uznesenie</w:t>
      </w:r>
    </w:p>
    <w:p>
      <w:pPr>
        <w:pStyle w:val="Heading2"/>
      </w:pPr>
      <w:r>
        <w:t>Text rozhodnutia</w:t>
      </w:r>
    </w:p>
    <w:p>
      <w:r>
        <w:t>Súd: Krajský súd Bratislava Spisová značka: 10Sd/66/2016 Identifikačné číslo súdneho spisu: 1016200834 Dátum vydania rozhodnutia: 14. 06. 2016 Meno a priezvisko sudcu, VSÚ: JUDr. Beata Jurgošová ECLI: ECLI:SK:KSBA:2016:1016200834.1 Uznesenie Krajský súd v Bratislave v právnej veci navrhovateľky: R. J., bytom Z. XXXX/XX, M., proti odporkyni: Sociálnej poisťovni ústredie, Ul. 29. augusta č. 8, Bratislava, o sumu invalidného dôchodku, takto r o z h o d o l : Súd konanie z a s t a v u j e . Žiaden z účastníkov nemá právo na náhradu trov konania. o d ô v o d n e n i e : Navrhovateľka svojím návrhom zo dňa 31.8.2015 žiadala preskúmať rozhodnutie odporkyne číslo XXX XXX XXXX X zo dňa 24.7.2015, ktorým odporkyňa podľa § 70 ods. 1 a § 80 zákona č. 461/2003 Z.z. v znení neskorších predpisov navrhovateľke oznámila, že od 28. mája 2015 jej vznikol nárok na výplatu invalidného dôchodku v sume 172,80 eur mesačne. Podľa § 263a ods. 5 zákona č. 461/2003 Z.z. v znení zákona č. 529/2003 z. z. sa jej bude naďalej vyplácať invalidný dôchodok, na ktorý bol prekvalifikovaný čiastočný invalidný dôchodok priznaný podľa zákona účinného do 31. decembra 2003, v sume 186,10 eur mesačne a nárok na invalidný dôchodok v nižšej sume 172,80 eur mesačne zaniká. Napriek tomu, že navrhovateľka vo svojom vyjadrení zo dňa 2.6.2016, ktoré došlo súdu dňa 6.06.2016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https://www.kauzis.sk/judikatura/r/ECLI:SK:KSBA:2016:1016200834.1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