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9Sp/44/2016 z 1. 6. 2016</w:t>
      </w:r>
    </w:p>
    <w:p>
      <w:r>
        <w:t>Rozsudok Krajského súdu Bratislava z 1. júna 2016, sp. zn. 9Sp/44/2016, ECLI:SK:KSBA:2016:1016200876.1</w:t>
      </w:r>
    </w:p>
    <w:p>
      <w:r>
        <w:t>Súd: Krajský súd Bratislava</w:t>
      </w:r>
    </w:p>
    <w:p>
      <w:r>
        <w:t>Spisová značka: 9Sp/44/2016</w:t>
      </w:r>
    </w:p>
    <w:p>
      <w:r>
        <w:t>ECLI: ECLI:SK:KSBA:2016:1016200876.1</w:t>
      </w:r>
    </w:p>
    <w:p>
      <w:r>
        <w:t>Dátum vydania: 1. 6. 2016</w:t>
      </w:r>
    </w:p>
    <w:p>
      <w:r>
        <w:t>Forma: Rozsudok</w:t>
      </w:r>
    </w:p>
    <w:p>
      <w:r>
        <w:t>Oblasť práva: Správne právo</w:t>
      </w:r>
    </w:p>
    <w:p>
      <w:pPr>
        <w:pStyle w:val="Heading2"/>
      </w:pPr>
      <w:r>
        <w:t>Text rozhodnutia</w:t>
      </w:r>
    </w:p>
    <w:p>
      <w:r>
        <w:t>Súd: Krajský súd Bratislava Spisová značka: 9Sp/44/2016 Identifikačné číslo súdneho spisu: 1016200876 Dátum vydania rozhodnutia: 02. 06. 2016 Meno a priezvisko sudcu, VSÚ: JUDr. Beata Jurgošová ECLI: ECLI:SK:KSBA:2016:1016200876.1 ROZSUDOK V MENE SLOVENSKEJ REPUBLIKY Krajský súd v Bratislave v konaní pred sudkyňou JUDr. Beátou Jurgošovou v právnej veci navrhovateľa: C. P., nar. XX.XX.XXXX, štátna príslušnosť: Pakistanská islamská republika, zastúpeného: Centrum právnej pomoci, Námestie slobody 12,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PPZ-HCP-BA6-105-008/2016-AV zo dňa 30.04.2016, takto r o z h o d o l : Krajský súd v Bratislave rozhodnutie odporcu PPZ-HCP-BA6-105-008/2016-AV zo dňa 30.04.2016 p o t v r d z u j e. Súd účastníkom právo na náhradu trov konania nepriznáva. o d ô v o d n e n i e : Odporca predložil na Krajský súd v Bratislave dňa 24.05.2016 právnym zástupcom navrhovateľa podaný opravný prostriedok zo dňa 10.05.2016 proti jeho rozhodnutiu PPZ-HCP-BA6-105-008/2016- AV vydanému dňa 30.04.2016, ktorým bol navrhovateľ zaistený v súlade s ustanovením § 88 ods.1 písm. c) zákona č. 404/2011 Z.z. o pobyte cudzincov a to dňom 30.04.2016 a následne bol umiestnený v Útvare policajného zaistenia pre cudzincov Medveďov, pričom zároveň bola stanovená dĺžka doby zaistenia do 29.10.2016.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prevozu podľa Nariadenia Európskeho parlamentu a Rady (ES)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V odôvodnení preskúmavaného rozhodnutia sa uvádza, že dňa 29.04.2016 bol navrhovateľ kontrolovaný hliadkou Policajného zboru na ulici Kopčianska v Bratislave smerom na Rakúsko a nevedel predložiť doklad totožnosti. Následne bol predvedený v čase o 11.00 hod. na Oddelenie Policajného zboru v Bratislave. Správny orgán oznámil štátnemu orgánu Dublinské stredisko Migračného úradu Ministerstva vnútra Slovenskej republiky dôvod na začatie konania podľa medzinárodného právneho predpisu, ktorým sa stanovujú kritériá a mechanizmy na určenie členského štátu zodpovedného za posúdenie žiadosti o medzinárodnú ochranu podanej štátnym príslušníkom tretej krajiny alebo osobou bez štátnej príslušnosti v jednom z členských štátov a požiadal o preskúmanie splnenia podmienok na začatie konania podľa nariadenia. Z uvedeného dôvodu začal dňa 29.04.2016 konanie vo veci zaistenia navrhovateľa podľa § 88 ods. 1 písm. c) zákona o pobyte cudzincov, z dôvodu, že existuje značné riziko jeho úteku. Poukázal na to, že v prípade navrhovateľa je potrebné preskúmanie žiadosti o medzinárodnú ochranu, ktorú navrhovateľ na území schengenského priestoru žiada na území Maďarska. Na preskúmanie jeho žiadosti je príslušné Maďarsko. V prípade zistenia dôvodov na udelenie medzinárodnej ochrany navrhovateľa, je potrebné navrhovateľovi takúto ochranu bezodkladne udeliť a tým mu umožniť zdržiavať sa na území Maďarska, prípadne iných území schengenského priestoru v súlade so všeobecne záväznými právnymi predpismi. Uviedol, že navrhovateľ bol zadržaný počas jeho nelegálnej migrácie z územia Maďarska, cez územie Slovenskej republiky na územie Rakúskej republiky. Navrhovateľ neoprávnene opustil Maďarsko. V prípade navrhovateľa existuje riziko úteku, navrhovateľ sa chce dostať do Rakúska a nechce sa vrátiť do Maďarska. Odporca skúmal aj možnosť uloženia menej závažného prostriedku ako zaistenia, ktorými je oprávnený zabezpečiť prípravu a výkon prevozu navrhovateľa v zmysle Nariadenia Európskeho parlamentu a Rady (EÚ) č. 604/2013 z o dňa 26.06.2013, ktorým sa stanovujú kritériá a mechanizmy na určenie členského štátu zodpovedného za posúdenie žiadosti o medzinárodnú ochranu podanej štátnym príslušníkom tretej krajiny alebo osobou bez štátnej príslušnosti v jednom z členských štátov a konštatoval, že navrhovateľ nespĺňa podmienky za ktorých by mu mohla byť uložená povinnosť podľa § 89 ods. 1 písm. a) ,b) zákona o pobyte cudzincov z dôvodu, že prípadným uložením uvedenej povinnosti by mohlo dôjsť k zmareniu sledovaného cieľa, t.j. návratu do Maďarska, nakoľko Slovenská republika je v prípade navrhovateľa iba tranzitnou krajinou, na ktorej území nechce zotrvať. Ďalej uviedol, že dĺžku doby zaistenia stanovil do 29.10.2016, vzhľadom na to, že do tejto doby vykoná všetky úkony potrebné na odovzdanie navrhovateľa do Maďarska. V závere rozhodnutia konštatoval, že predmetné zaistenie je v súlade s článkom 5 ods. 1 písm. f) Európskeho dohovoru o ľudských právach a základných slobodách. Voči vyššie uvedenému rozhodnutiu v zákonnej lehote podal navrhovateľ prostredníctvom svojho právneho zástupcu odvolanie dôvodiace tým, že správny orgán nedostatočne zistil skutkový stav veci, vec nesprávne právne posúdil, pričom napadnuté rozhodnutie odporcu je nepreskúmateľné. Podľa jeho názoru odporca v napadnutom rozhodnutí sa k existencii značného rizika úteku síce vyjadril, ale ho odôvodnil nedostatočne, teda nebola reálne preskúmaná. Taktiež odporca nezvážil aplikáciu Smernice európskeho parlamentu a Rady 2008/115/ES zo dňa 16.12.2008 o spoločných normách a postupoch členských štátov na účely návratu štátnych príslušníkov tretích krajín, ktorí sa neoprávnene zdržiavajú na ich území (ďalej len „návratová smernica“), ktorá tiež stanovuje povinnosť skúmať riziko úteku. Mal za to, že odporca nezvážil uplatnenie menej prísnych donucovacích opatrení. Namietal, že odporca stanovil dĺžku doby zaistenia navrhovateľa do 29.10.2016, ktorá je neprimerane dlhá. Uvedenú dĺžku doby zaistenia neodôvodnil žiadnymi konkrétnymi dôvodmi a skutkovými okolnosťami prejednávanej veci. Odporca nezvážil možnosť aplikácie menej prísnych donucovacích prostriedkov ako je zaistenie, ale stanovil maximálnu dĺžku doby zistenia. K podanému odvolaniu sa vyjadril odporca a reagoval na všetky vznesené námietky navrhovateľom, pričom uviedol, že navrhovateľ je žiadateľom o udelenie azylu v Maďarsku. K riziku úteku navrhovateľa uviedol, že zo samotného vyjadrenia navrhovateľa je preukázané, že navrhovateľ nechce zotrvať na území Slovenskej republiky a v prípade prepustenia by pokračoval vo svojej ceste do Rakúska, čím by znemožnil reálne vykonať jeho prevoz na územie Maďarska. Uvedenú skutočnosť uvádza v opravnom prostriedku aj právny zástupca navrhovateľa. Námietka vzťahujúca sa k aplikácii miernejších foriem odsunu navrhovateľa, je bezpredmetná, nakoľko z ustanovenia § 89 ods. 1 písm. a), b) zákona o pobyte cudzincov vyplýva, že tieto môžu byť použité ako alternatíva len v prípade administratívneho vyhostenia, t.j. ak je navrhovateľ zaistený podľa § 88 ods. 1 písm. b) zákona o pobyte cudzincov. Poukázal na to, že dĺžka doby zaistenia sa bude priamo odvíjať od postupu štátnych orgánov Maďarska, kam má byť navrhovateľ vrátený. S ohľadom na pretrvávajúci trend nelegálnej migrácie práve cez územie Maďarska, táto doba sa predlžuje a odporca jej dĺžku nie je reálne schopný ovplyvniť. Uviedol, že reálne dochádza ku skráteniu doby zaistenia aj o niekoľko mesiacov. Krajský súd v Bratislave ako súd vecne a mieste príslušný na konanie preskúmal rozhodnutie odporcu v rozsahu dôvodov podaného opravného prostriedku navrhovateľa ako aj konanie, ktoré vydaniu rozhodnutia predchádzalo na nariadenom pojednávaní konanom dňa 2.6.2016,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nedostatočne zistil skutkový stav veci, následne vec nesprávne právne posúdil, a napadnuté rozhodnutie je nepreskúmateľné, súd uvádza, že odporca riadne zistil skutkový stav veci, v konaní bolo preukázané, že navrhovateľ sa dopustil priestupku podľa § 118 ods. 1 písm. a) Zákona o pobyte cudzincov, a to tým, že má neoprávnený pobyt na území Slovenskej republiky. Nedisponuje žiadnym dokladom totožnosti, na územie Slovenskej republiky vstúpil neoprávnene. Zdržiaval sa na území Slovenskej republiky bez cestovného dokladu, víza alebo povolenia na pobyt. V zápisnici o podaní vyjadrenia zo dňa 29.04.2016 navrhovateľ uviedol, že do Maďarska prišiel približne pred 2 mesiacmi, presne si nepamätá. Po príchode do Maďarska ho chytili policajti a dali do tábora. V Maďarsku požiadal o azyl, zobrali mu odtlačky. Za každú cenu sa chce dostať do Rakúska. V prípade, ak by ho polícia pustila na slobodu, ušiel by do Rakúska, do Maďarska sa v žiadnom prípade nechce vrátiť. Taktiež uviedol, že je žiadateľom o azyl v Maďarskej republike. Navrhovateľ uviedol, že nemá finančné prostriedky na vycestovanie z územia Slovenskej republiky. Na otázku, či vie preukázať zabezpečenie ubytovania na území Slovenskej republiky, uviedol, že nie. Z vyššie uvedeného vyplýva, že navrhovateľ nemal opustiť územie štátu, kde požiadal o udelenie azylu. Pobyt navrhovateľa v Maďarsku je na základe podanej žiadosti o azyl, a preto bolo povinnosťou navrhovateľa zdržiavať sa v Maďarsku až do právoplatného rozhodnutia o žiadosti o azyl. Navrhovateľ počas konania o udelení azylu nie je oprávnený pohybovať sa v iných krajinách Únie. K námietke, že odporca nedostatočne odôvodnil v rozhodnutí značné riziko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dobrovoľne nevráti do krajiny, ktorá je príslušná v jeho konaní, ale bude sa pokúšať o útek do iných krajín Únie, bude sa vyhýbať azylovému konaniu.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ohľadom zaistenia je potrebné uviesť, že dĺžku doby zaistenia odporca stanovil od 30.04.2016 do 29.10.2016 (§ 88 ods. 4 zákona o pobyte cudzincov), ktorá doba je nevyhnutná na vykonanie všetkých dostupných úkonov smerujúcich k inému štátu Únie, čo trvá určitú dobu ( t.j. zaslanie žiadosti, čakanie na odpoveď, zrealizovanie odovzdania). Lehota zaistenia je zákonná a oprávnená. Navrhovateľ sa nachádza na území Slovenskej republiky bez povolenia na pobyt, odovzdanie žiadateľa alebo inej osoby zo žiadajúceho členského štátu do zodpovedného členského štátu sa uskutoční e medzi dotknutými členskými štátmi, ako náhle to je prakticky možné a najneskôr do šiestich mesiacov od akceptovania dožiadania iným členským štátom o prevzatie alebo prijatie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navrhovateľa je možné konštatovať, že samotná dĺžka zaistenia sa bude priamo odvíjať od postupu štátnych orgánov Maďarska, kde má byť navrhovateľ vrátený. Doba zaistenia je reálne tak dlhá ako to vyžaduje konkrétny prípad.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https://www.kauzis.sk/judikatura/r/ECLI:SK:KSBA:2016:1016200876.1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