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9SaZ/13/2016 z 23. 8. 2016</w:t>
      </w:r>
    </w:p>
    <w:p>
      <w:r>
        <w:t>Rozsudok Krajského súdu Bratislava z 23. augusta 2016, sp. zn. 9SaZ/13/2016, ECLI:SK:KSBA:2016:1016200958.1</w:t>
      </w:r>
    </w:p>
    <w:p>
      <w:r>
        <w:t>Súd: Krajský súd Bratislava</w:t>
      </w:r>
    </w:p>
    <w:p>
      <w:r>
        <w:t>Spisová značka: 9SaZ/13/2016</w:t>
      </w:r>
    </w:p>
    <w:p>
      <w:r>
        <w:t>ECLI: ECLI:SK:KSBA:2016:1016200958.1</w:t>
      </w:r>
    </w:p>
    <w:p>
      <w:r>
        <w:t>Dátum vydania: 23. 8. 2016</w:t>
      </w:r>
    </w:p>
    <w:p>
      <w:r>
        <w:t>Forma: Rozsudok</w:t>
      </w:r>
    </w:p>
    <w:p>
      <w:r>
        <w:t>Oblasť práva: Správne právo</w:t>
      </w:r>
    </w:p>
    <w:p>
      <w:pPr>
        <w:pStyle w:val="Heading2"/>
      </w:pPr>
      <w:r>
        <w:t>Text rozhodnutia</w:t>
      </w:r>
    </w:p>
    <w:p>
      <w:r>
        <w:t>Súd: Krajský súd Bratislava Spisová značka: 9SaZ/13/2016 Identifikačné číslo súdneho spisu: 1016200958 Dátum vydania rozhodnutia: 24. 08. 2016 Meno a priezvisko sudcu, VSÚ: JUDr. Ľubomír Šramko ECLI: ECLI:SK:KSBA:2016:1016200958.1 ROZSUDOK V MENE SLOVENSKEJ REPUBLIKY Krajský súd v Bratislave v konaní pred sudcom JUDr. Ľubomírom Šramkom v právnej veci navrhovateľa: W. T. V., nar. X.X.XXXX, štátneho príslušníka Iránskej islamskej republiky (ďalej len „Irán"), v krajine pôvodu naposledy bytom Z., W. Z., L. A., B. P. XX, aktuálne s miestom pobytu nP. K.S. X, V., zastúpeného pani JUDr. Miroslavou Mittelmannovou, advokátkou so sídlom Drotárska cesta 16, Bratislava, proti odporcovi: Ministerstvo vnútra Slovenskej republiky - Migračný úrad, so sídlom Pivonková 6, Bratislava o opravnom prostriedku navrhovateľa zo dňa 1.6.2016 proti rozhodnutiu odporcu ČAS: MU-341-194/ PO-Ž-2010 zo dňa 25.4.2016 takto r o z h o d o l : Krajský súd v Bratislave napadnuté rozhodnutie odporcu ČAS: MU-341-194/PO-Ž-2010 zo dňa 25.4.2016 p o t v r d z u j e. Navrhovateľovi n e p r i z n á v a právo na náhradu trov tohto konania. o d ô v o d n e n i e : Napadnutým rozhodnutím ČAS: MU-341-194/PO-Ž-2010 zo dňa 25.4.2016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V obsahovo rozsiahlom rozhodnutí opísal zistený stav veci, priebeh celého konania a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zo zákona o azyle. Osobitne poukázal na skutočnosti zrejmé z vykonaného dokazovania (osobitne z obsahu jeho jednotlivých výpovedí uskutočnených v priebehu vykonaných pohovorov). Vyhodnotil jednotlivé navrhovateľom udávané dôvody jeho žiadosti o azyl. Okrem iného poukázal tiež na skutočnosť, že i napriek konverzii na kresťanskú vieru (počas pobytu na Slovensku - po podaní druhej žiadosti o azyl) sa jeho duchovný život nijako nezmenil - ostal rovnaný ako pred prijatím sviatosti krstu na Slovensku, teda že ako kresťan sa nespráva. Poukázal na skutočnosť, že navrhovateľom prezentovaný strach nie je podložený objektívne odôvodnený. Zdôraznil, že na základe vyhodnotenia vykonaného dokazovania dospel k presvedčeniu o nevieryhodnosti navrhovateľa a v tej súvislosti k záveru, že navrhovateľ v Iráne nekonvertoval na kresťanstvo. Pokiaľ ide o výrok, ktorým odporca rozhodol o neposkytnutí doplnkovej ochrany navrhovateľovi tento odôvodnil tým, že nebol splnený ani jeden zo zákonných predpokladov jej poskytnutia. Poukázal na skutočnosť, že počas pobytu navrhovateľa v Iráne nevykonával žiadnu činnosť, za ktorú by mu v prípade návratu hrozilo vážne bezprávie, dôkazom čoho je skutočnosť, že pri jeho legálnom vycestované z Iránu nemal žiadne problémy. Tiež skonštatoval, že ako to vyplýva zo správ o krajine pôvodu navrhovateľa, nespadá do tej skupiny konvertitov, ktorá by priťahovala pozornosť iránskych štátnych orgánov. Odporca tiež dôvodil, že v Iráne neprebieha vnútroštátny či medzinárodný ozbrojený konflikt. Svoje právne závery doplnil o informácie o krajine pôvodu navrhovateľa, na ktoré sa v rozhodnutí odvolal a ktoré aj identifikoval. Z obsahu odôvodnenia je zrejmé, že pri posúdení navrhovateľovej žiadosti o azyl postupoval v intenciách posledného rozsudku Najvyššieho súdu Slovenskej republiky, vydaného vo veci navrhovateľovej žiadosti o azyl. Proti tomuto rozhodnutiu podal navrhovateľ v zákonnej lehote obsahovo rozsiahly opravný prostriedok - návrh zo dňa 1.6.2016, ktorým sa domáhal jeho zrušenia v celom rozsahu a vrátenia veci odporcovi na ďalšie konanie. Alternatívne zrušenia napadnutého rozhodnutia s tým, aby mu súd udelil medzinárodnú ochranu formou azylu. Ďalej alternatívne aby súd konanie prerušil a aby sa obrátil na Súdny dvor Európskej únie s predbežnou otázkou vo veci výkladu článku 46 ods. 3 Procedurálnej smernice. Namietal v ňom nesprávne právne posúdenie, rozpor zisteného stavu veci s obsahom spisu a nepreskúmateľnosť napadnutého rozhodnutia pre jeho nedostatočné odôvodnenie. Svoje argumentačné tvrdenia (vznesené námietky) odôvodňoval tiež citáciami častí výpovedí navrhovateľa, obsiahnutých vo vykonaných pohovoroch s ním, ako aj citáciami častí správ o krajine pôvodu navrhovateľa. S poukazom na ne poukázal na skutočnosť, že odporca nesprávne vyhodnotil následky, spojené s odpadlíctvom navrhovateľa od islamskej viery a následnej konverzii na vieru kresťanskú. Na pojednávaní pred súdom zástupkyňa navrhovateľa uviedla, že navrhovateľ v poslednom období navštevuje Cirkev bratskú a zúčastňuje sa jej bohoslužieb, poukázala tiež na stanovisko predstaviteľa tejto cirkvi F. W., ktoré je založené v spise odporcu. Odporca navrhol vo svojom vyjadrení zo dňa 12.7.2006 k návrhu napadnuté rozhodnutie v celom rozsahu potvrdiť, pričom zotrval na jeho správnosti a dôvodnosti. Námietky vznesené navrhovateľom pokladá za účelové. Na pojednávaní založil do súdneho spisu fotografie stiahnuté zo sociálnych sietí, ktorými demonštroval fakt, že navrhovateľ ako kresťan nevystupuje, dôkazom čoho je fakt, že na krku nenosí symbol kresťanskej viery, ale symbol iný (ako to následne spresnila zástupkyňa navrhovateľa ide o symbol perzského národa). Súd podaný návrh prejednal a rozhodol podľa ust. § 250q Občianskeho súdneho poriadku v platnom znení ( ďalej len „O.s.p.“) ako miestne a vecne príslušný na pojednávaní, za prítomnosti zástupkyne navrhovateľa a odporcu a dospel k názoru, že napadnuté rozhodnutie odporcu je potrebné potvrdiť ako vecne správne. Súd v prejednávanej veci dokazovanie nedoplnil. Pred samotným prejednaním a rozhodnutím veci sa podrobne oboznámil s obsahom prvostupňového správneho spisu ČAS: MU-341/PO-Ž-2010, ako aj s predchádzajúcim spisom ČAS: MU-186/PO-Ž-2009 Zo spisu odporcu ČAS: MU-186/PO-Ž-2009 súd zistil, že navrhovateľ o udelenie azylu požiadal dňa 21.4.2009, hoci na území Slovenskej republiky bol už od 2.3.2009. Ako dôvod svojej žiadosti uviedol obavy z trestu za cestovanie na falošný pas. Počas vstupného pohovoru a doplňujúcich pohovorov navrhovateľ uviedol, že vierovyznaním je moslim (šiít), v krajine pôvodu mal problémy s náboženskou políciou kvôli nedodržaniu tradícií počas ramadánu (fajčil) za čo bol na tri dni zadržaný, avšak po zaplatení kaucie jeho otcom bol zo zadržania prepustený na slobodu, v krajine pôvodu voči nemu nikdy nebolo vedené trestné konanie a nebol ani členom politickej strany alebo hnutia. I napriek jeho krátkemu zadržaniu nemal žiaden problém pri vycestovaní do Thajska. Navrhovateľ v priebehu vstupného pohovoru ďalej uviedol, že počas svojho pobytu na území Slovenskej republiky zvažoval návrat do Iránu, avšak po tom, ako mu otec telefonicky oznámil, že by mu v Iráne mohol hroziť trest odňatia slobody až 30 rokov pre cestovanie na falošný izraelský pas (ktorý si po vycestovaní z Thajska do Turecka v Turecku zaobstaral), rozhodol sa zostať na Slovensku a požiadať o udelenie azylu. V priebehu druhého doplňujúceho pohovoru navrhovateľ predložil odporcovi fotokópie listín, ktoré mu zaslal otec prostredníctvom e-mailu, avšak tieto sa netýkali jeho zadržania náboženskou políciou za nedodržanie moslimských tradícií počas ramadánu, išlo ale o predvolanie na súd za účelom podania vysvetlenia v súvislosti s tým, že sa v roku 2007 na verejnosti prechádzal s kamarátkou bez súhlasu jej a jeho rodičov, za čo ho jeho rodičia obvinili z mimomanželského pomeru a v druhom prípade išlo o sťažnosť jeho otca na skupinu Arménov - kresťanov, ktorí navrhovateľa v roku 2003 na ulici napadli a ukradli mu peniaze. Predložené dokumenty sa netýkali dôvodov, ktoré navrhovateľ uviedol vo svojej žiadosti o udelenie azylu. Iné dôvody v žiadosti o azyl neuviedol. Po vyhodnotení všetkých skutočností odporca vydal rozhodnutie ČAS: MU-186-37/PO-Ž-2009 zo dňa 6.7.2009, ktorým odporca neudelil navrhovateľovi azyl a nebola mu poskytnutá ani doplnková ochrana na území Slovenskej republiky. Rozhodnutie nadobudlo právoplatnosť dňa 6.7.2009. Z obsahu rozsiahleho (992-listového) aktuálneho spisu odporcu ČAS: MU-341/PO-Ž-2010 súd zistil, že navrhovateľ dňa 25.6.2010 opätovne požiadal o udelenie azylu. Vo vyhlásení ako dôvody svojej žiadosti uviedol obavy z trestu za cestovanie na falošný izraelský cestovný doklad, že v krajine pôvodu mal náboženské problémy a bol prenasledovaný zo strany štátnych orgánov pre nedodržanie moslimských tradícií, v prípade návratu do krajiny pôvodu má obavy o svoj život, nakoľko by ho tam čakal trest smrti. Ďalej uviedol, že konvertoval na kresťanskú vieru. Počas vstupného pohovoru (15.7.2010) navrhovateľ uviedol, že v Iráne konvertoval v auguste 2007 po tom, ako sa 10 dní modlieval v kostole. Nevedel pomenovať a ani opísať akt krstu. Ďalej uviedol, že problém s fajčením počas ramadánu bol vyriešený ešte počas jeho pobytu v krajine pôvodu (navrhovateľov otec zaplatil súdu kauciu 250 eur, za čo bol navrhovateľovi odpustený trest). Taktiež uviedol, že za schádzanie sa s moslimskou dievčinou bol navrhovateľ vo väzbe asi 20 dní (túto informáciu v prvom konaní neuviedol). V opise týchto udalostí sa vyskytli rozpory v dátumoch. Navrhovateľ v tomto konaní tvrdil, že sa to stalo v apríli až máji roku 2008, v prvom konaní však tvrdil, že sa to malo stať 26.10.2007. Počas vykonaných pohovor sa v navrhovateľových vyjadreniach vyskytli aj ďalšie rozpory: tvrdil, že príslušníci tajnej iránskej polície mu poranili ruky žiletkou z dôvodu, že nosil vyhrnuté rukávy, neskôr uviedol, že mu odstraňovali tetovanie z ruky. Navrhovateľ priznal, že v prvom prípade nehovoril pravdu. Počas pobytu v Detskom domove Horné Orechové do kostola nechodil (neskôr uviedol, že do kostola chodil). O navrhovateľovej druhej žiadosti rozhodol odporca rozhodnutím ČAS: MU-341-27/PO-Ž-2010 zo dňa 20.9.2010 tak, že konanie o udelenie azylu alebo o poskytnutie doplnkovej ochrany zastavil. Svoje rozhodnutie odôvodnil tým, že vo veci už bolo právoplatne rozhodnuté. Voči tomuto rozhodnutiu podal navrhovateľ rozklad, o ktorom rozhodol Minister vnútra Slovenskej republiky tak, že napadnuté rozhodnutie zrušil a vec vrátil odporcovi na ďalšie konanie. V odôvodnení pritom skonštatoval, že vzhľadom na vyhlásenie navrhovateľa o konvertovaní na kresťanskú vieru došlo k podstatnej zmene skutkového stavu, ktorá vylučuje aplikáciu § 19 ods. 1 písm. i) zákona o azyle. Odporcovi uložil, aby sa dôkladne zaoberal novým dôvodom navrhovateľovej žiadosti a aby zároveň zohľadnil predbežné opatrenie Európskeho súdu pre ľudské práva, ktorým dočasne zakázal vyhostiť navrhovateľa na územie Iránu. Odporca na základe tohto rozhodnutia vykonal ďalšie doplňujúce pohovory a následne vydal rozhodnutie ČAS: MU-341-60/ PO-Ž-2010 zo dňa 31.3.2011, ktorým neudelil navrhovateľovi azyl a neposkytol mu ani doplnkovú ochranu na území Slovenskej republiky. Voči tomuto rozhodnutiu podal navrhovateľ opravný prostriedok, o ktorom rozhodol Krajský súd v Košiciach rozsudkom č.k. 5Saz/6/2011-101 zo dňa 4.10.2011, ktorý napadnuté rozhodnutie zrušil a vec vrátil odporcovi na ďalšie konanie. Počas konania pred súdom navrhovateľ predložil krstný list vydaný gréckokatolíckou cirkvou, z ktorého vyplýva, že bol na území Slovenskej republiky pokrstený dňa 17.9.2011. Odporca opäť vykonal doplňujúci pohovor, na ktorom navrhovateľ uviedol, že jediným dôvodom jeho opakovanej žiadosti o azyl bola skutočnosť, že ako katolík sa nemôže do Iránu vrátiť, lebo by dostal trest smrti za to, že zmenil vieru. Ďalej uviedol, že v čase jeho legálneho odchodu z Iránu jeho problémy za nedodržanie ramadánu boli iránskymi orgánmi vyriešené. Navrhovateľ si nepamätal aký trest dostal za porušenie moslimských tradícií počas ramadánu, naviac uviedol, že počas prvého pohovoru klamal. Keďže jeho dôvod podania žiadosti o azyl sa ukázal ako nepravdivý, navrhovateľ spresnil, že jeho dôvodom bol aj problém s cestovaním na falošný pas. Konvertovanie na kresťanskú vieru pri prvej žiadosti neuviedol preto, že mal strach, aby sa o tom Iránci - moslimovia, žijúci na území Slovenskej republiky nedozvedeli, resp. aby sa o tom nedozvedelo jeho veľvyslanectvo. Taktiež uviedol, že v čase jeho odchodu z Iránu, tamojšie štátne orgány nevedeli, že konvertoval. Počas pobytu na území Slovenskej republiky chodieval do gréckokatolíckeho kostola, avšak sviatky slávi v inom kostole. Odporca opäť vyhodnotil všetky informácie a vydal rozhodnutie ČAS: MU-341-101/PO-Ž-2010 zo dňa 7.8.2012, voči ktorému podal navrhovateľ opravný prostriedok o ktorom tunajší súd rozhodol rozsudkom č.k. 9Saz/62/2012 - 64z 28.11.2012 tak, že výrok o neudelení azylu potvrdil, avšak zrušil výrok o neposkytnutí doplnkovej ochrany a v tejto časti vrátil vec odporcovi na ďalšie konanie. Voči potvrdzujúcemu výroku rozsudku súdu podal navrhovateľ odvolanie o ktorom Najvyšší súd Slovenskej republiky rozhodol rozsudkom sp. zn. 10Sža/12/2013 z 22.5.2013 tak, že rozhodnutie odporcu ČAS: MU-341-101/PO-Ž-2010 zo 7.8.2012 zrušil a vec vrátil odporcovi na ďalšie konanie. Zaviazal odporcu skúmať, či vzhľadom na skutkové zistenia navrhovateľ nie je utečencom „na mieste“. Osobitne uložil odporcovi skúmať či konvertovanie navrhovateľa nebolo iba formálnym, či zmenu viery preukazuje aj svojím životom a reálnymi skutkami. Odporca následne vykonal v intenciách rozsudku Najvyššieho súdu Slovenskej republiky s navrhovateľom doplňujúci pohovor, zameraný na jeho znalosti kresťanskej viery, na ktorú konvertoval, na jeho správanie sa ako kresťana. Opätovne vykonal - doplnil dokazovanie vyhľadaním informácií o krajine pôvodu navrhovateľa, zamerané (tak ako v predchádzajúcich častiach konania) na postavenie a problémy konvertitov v Iráne, na tamojšiu aktuálnu bezpečnostnú situáciu a na prípadné bezpečnostné riziká návratov neúspešných žiadateľov o azyl. Výsledky takto doplneného dokazovania opísal v odôvodnení rozhodnutia ČAS: MU-341-136/PO-Ž-2010 zo 4.11.2013, ktorým navrhovateľovi neposkytol žiadnu formu medzinárodnej ochrany. Aj voči tomuto rozhodnutiu podal navrhovateľ opravný prostriedok o ktorom tunajší súd rozhodol rozsudkom č.k. 9Saz/73/2013-47 z 5.3.2014 tak, že napadnuté rozhodnutie potvrdil. O podanom odvolaní voči nemu rozhodol Najvyšší súd Slovenskej republiky rozsudkom 1Sža/16/2014 z 12.8.2014 tak, že tento rozsudok zmenil a napadnuté rozhodnutie odporcu zrušil a vec mu vrátil na ďalšie konanie. Poukázal na skutočnosť, že s poukazom na materiály nachádzajúce sa v spise odporcu nie je možné vylúčiť nebezpečenstvo prenasledovania konvertitov, pričom spravidla problémy nemajú tí, ktorí svoju vieru nedávajú verejne najavo. Avšak od žiadateľa nie je možné žiadať, aby svojmu prípadnému prenasledovaniu zabránil tým, že sa vzdá prejavov svojej viery. Uložil odporcovi povinnosť opätovne dôkladne vyhodnotiť, či konvertovanie navrhovateľa na kresťanstvo nezakladá niektorý z dôvodov na udelenie azylu, prípadne poskytnutie doplnkovej ochrany a to na základe všetkých zistených skutočností, nielen tých, ktoré sú v neprospech navrhovateľa. Odporca následne doplnil dokazovanie vyhľadaním informácií o krajine pôvodu navrhovateľa, zameraných na aktuálnu bezpečnostnú situáciu, na ev. problémy iránskych konvertitov včítane ich obvinenia či potrestania, ako aj na ev. sankcionovanie neúspešných žiadateľov o azyl, pochádzajúcich z Iránu. Výsledkom takéhoto doplnenia dokazovania a opätovného posúdenia navrhovateľovej žiadosti o azyl bolo vydanie rozhodnutia ČAS: MU-241-158/PO- Ž-2010 z 18.12.2014, ktorým odporca navrhovateľovi azyl neudelil a neposkytol mu doplnkovú ochranu. O podanom opravnom prostriedku voči nemu rozhodol tunajší súd rozsudkom č.k. 9Saz/4/2015-55 z 15.4.2015 tak, že rozhodnutie pritvrdil. Voči rozsudku podal navrhovateľ odvolanie, na základe ktorého Najvyšší súd Slovenskej republiky rozsudkom 10Sža//32/2015 z 26.8.2015 zmenil napadnutý rozsudok rozhodnutie odporcu zrušil a vec mu vrátil na ďalšie konanie s tým, aby sa odporca v ďalšom konaní zameral na otázky, ktoré súčasne konkretizoval. Po následnom vrátení spisu odporcovi tento vykonal s navrhovateľom 3.12.2015 doplňujúci pohovor, obsahovo zameraný na otázky, na posúdenie ktorých ho zaviazal Najvyšší súd Slovenskej republiky vo svojom poslednom rozsudku. Okrem iného uviedol, že sa narodil ako moslim, že sa mu nepáčilo ako si moslimovia vykladal Korán, že v Iráne bol niekoľkokrát v kostole Van, kde sa občas stretol s duchovným, ktorý mu určitom čase povedal, že môže byť pokrstený. V Iráne ako kresťan nič nerobil, lebo sa to nedalo. Doma sa modlil z papierov, ktoré mal od duchovného. Má Bibliu, ale moc toho čo si z nej prečíta si nepamätá. Keď bol v Košiciach, tak chodil do kostola. Po jeho presunutí do Rohoviec bol dva razy v kostole neďaleko Rohoviec. Mal pocit, že ho ako kresťana ľudia nechcú, tak do kostola prestal chodiť. Asi pred dvomi mesiacmi (t.j. asi v októbri 2015) bol raz v kostole v Modre. Poslednú nedeľu (t.j. 29.11.2015) bol v YMCE v Bratislave na omši Cirkvi bratskej. Modlieva sa svojimi slovami. Neklame, nekradne, žije slušným životom, aj pred cudzími priznáva, že je kresťan. Kríž ako znak kresťanstva má, ale ho nenosí, lebo nato nemá čas. Symbol, ktorý má na retiazke na krku je Faravahar - symbol ktorý súvisí s perzskou históriou. Odporca do spisu založil ďalšie informácie o krajine pôvodu navrhovateľa, zamerané na otázky konvertitov v Iráne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to neplatí, ak sa v rámci opakovanej žiadosti o udelenie azylu rozhodne o neudelení azylu a cudzinec už má poskytnutú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Úvodom následného odôvodnenia tohto rozsudku súd pokladá za dôležité poukázať na skutočnosť, že predmetom uskutočneného konania pred odporcom bolo posúdenie navrhovateľovej žiadosti o azyl, ktorú podal vyhlásením z 25.6.2010 v ktorej ako dôvody svojej žiadosti uviedol obavy z trestu za cestovanie na falošný izraelský cestovný doklad, že v krajine pôvodu mal náboženské problémy a bol prenasledovaný zo strany štátnych orgánov pre nedodržanie moslimských tradícií, pričom v prípade návratu do krajiny pôvodu má obavy o svoj život. Ďalej uviedol, že v Iráne konvertoval na kresťanskú vieru. Z uvedeného je teda zrejmé, že dôvodom podanej žiadosti o azyl nebolo (a ani nemohlo byť) konvertovanie navrhovateľa na kresťanskú (gréckokatolícku) vieru, ku ktorému došlo až na slovenskom území dňa 17.9.2011, ako o tom svedčí krstný list - teda 15 mesiacov po podaní žiadosti o azyl. Pretože navrhovateľ (ani následne) nepodal novú žiadosť o azyl s poukazom na prijatie kresťanskej viery (vykonaním krstu 17.9.2011), ktorá žiadosť by v tomto prípade bola posudzovaná ako žiadosť podaná „na mieste“, predmetom posudzovania musí byť teda žiadosť, podaná navrhovateľom 25.6.2010. Otázky súvisiace s krstom, ku ktorému došlo v priebehu prebiehajúceho azylového konania sú preto predmetom posudzovania otázok, súvisiacich s poskytnutím či neposkytnutím doplnkovej ochrany. Súd preskúmal napadnuté rozhodnutie odporcu v rozsahu podaného návrhu - opravného prostriedku: K námietke nepreskúmateľnosti napadnutého rozhodnutia pre jeho nedostatočné odôvodnenie: Podľa názoru súdu táto námietka nie je dôvodná. Po preskúmaní obsahu napadnutého rozhodnutia súd dospel k presvedčeniu, že odporca v jeho odôvodnení zrozumiteľne a logicky prezentoval svoju správnu úvahu, výsledkom ktorej bolo vydanie negatívneho rozhodnutia vo veci navrhovateľovej žiadosti o azyl. Podrobne opísal v priebehu celého konania zistený stav veci, vyhodnocoval jednotlivé vyjadrenia navrhovateľa a konfrontoval ich navzájom, pričom takto (na základe výpovedí navrhovateľa) zistený stav veci vyhodnocoval s poukazom na informácie o krajine pôvodu navrhovateľa. Súd sa na rozdiel od názoru navrhovateľa domnieva, že odporca sa podrobne vysporiadal so všetkými v konaní zistenými skutočnosťami, pričom tieto vyčerpávajúcim spôsobom vyhodnotil. Z odôvodnenia rozhodnutia je zrejmé, prečo a na základe čoho dospel k vydaniu i keď negatívneho rozhodnutia vo veci žiadosti navrhovateľa o azyl. Je teda nad akúkoľvek pochybnosť zjavné, akou správnou úvahou sa pri vydaní rozhodnutia riadil. Z odôvodnenia rozhodnutia je zrejmé ako a najmä prečo vo vzťahu k zisteným a založeným informáciám o Iráne (týkajúcim sa fenoménu konvertovania či odpadlíctva) posúdil navrhovateľovu žiadosť o medzinárodnú ochranu tak, ako to uviedol vo výroku napadnutého rozhodnutia. K námietke rozporu zisteného stavu veci s obsahom spisu: Ani túto námietku súd nepokladá za dôvodnú. Odporca vykonal v priebehu celého konania naozaj rozsiahle dokazovanie a to jednak vykonaním veľkého počtu doplňujúcich pohovorov ako aj vyhľadaním množstva informácií o krajine pôvodu navrhovateľa, zameraných predovšetkým na otázky odpadlíctva, resp. konvertovania na inú vieru v Iráne. O rozsahu takto vykonaného dokazovania svedčí nielen samotný obsah spisu, ktorý pozostáva z 992 listov, ale predovšetkým obsah informácií pochádzajúcich z rôznych zdrojov, zameraných na vyššie špecifikované otázky. Odporca na žiadnom mieste napadnutého rozhodnutie nespochybňuje obsah týchto informácií a to i napriek vydaniu negatívneho rozhodnutia. Samotný fakt, že po vyhodnotení celého, vo veci zisteného stavu veci - teda včítane jednotlivých vyjadrení navrhovateľa dospel odporca k záveru, ktorý je podľa názoru navrhovateľa nesprávny, nie je možné vyhodnotiť ako rozpor obsahu spisu s napadnutým rozhodnutím. K námietke nesprávneho právneho posúdenia veci: Súd dospel k názoru, že ani táto námietka nie je dôvodná: 1/ Vo vzťahu k výroku o neudelení azylu: Súd opätovne poukazuje na skutočnosť, že pokiaľ ide o výrok o neudelení azylu, vyhodnotenie navrhovateľovej žiadosti o azyl muselo smerovať k vyhodnoteniu dôvodov, prezentovaných samotným navrhovateľom. Teda k dôvodom, ktoré podľa navrhovateľa spočívali v obave z trestu za cestovanie na falošný izraelský cestovný doklad, že v krajine pôvodu mal náboženské problémy - bol prenasledovaný zo strany štátnych orgánov pre nedodržanie moslimských tradícií, že konvertoval na kresťanskú vieru. Sám navrhovateľ však vo svojich následných výpovediach (po prvý raz v doplňujúcom pohovore z 22.12.2011) uvádzal, že problémy s falošným pasom, či s nedodržiavaním islamských tradícií boli vyriešené. Teda jediným dôvodom, ktorý bolo nakoniec potrebné posúdiť boli okolnosti súvisiace s jeho konvertovaním v Iráne. Odporca vyhodnotil osobu navrhovateľa ako nedôveryhodnú s ktorým vyhodnotením sa súd stotožňuje. V danom prípade ide o navrhovateľovu druhú žiadosť o azyl, podanú 25.10.2010 potom, ako bolo vo veci jeho prvej žiadosti (ČAS: MU-186-37/PO-Ž-2009) vydané 6.7.2009 taktiež negatívne rozhodnutie. V prvom azylovom konaní navrhovateľ opakovane v priebehu všetkých troch vykonaných pohovorov uvádzal, že náboženským vierovyznaním je moslim - šiít a že jedinými dôvodmi jeho žiadosti o azyl je to, že počas slávenia Ramadánu nedodržal islamské tradície, keď (počas futbalového zápasu) fajčil a že cestoval (z Turecka do Európy) na falošný izraelský cestovný doklad. I keď v čase podania tejto prvej žiadosti o azyl (21.4.2009) navrhovateľ nebol plnoletým (narodil sa 1.7.1992), ak by sa skutočne už v tom čase nachádzal (ako to neskôr v druhom azylovom konaní) v ohrození života z dôvodu neskôr prezentovaného konvertovania na kresťanskú vieru je nepochybným, že by túto, zjavne najvýznamnejšiu skutočnosť uviedol už v priebehu prvého azylového konania v ktorom bol tri razy vypočutý odporcom. To sa však nestalo - namiesto toho ako dôvod uviedol iba nedodržanie moslimských tradícií - fajčenia počas Ramadánu. Táto udalosť však - ako to súčasne uviedol - bola vybavená tým, že jeho otec zložil kauciu. Pokiaľ ide o druhý dôvod - cestovanie na falošný izraelský pas (z Turecka do Európy) - aj tento dôvod bol nepodstatným, nakoľko iránske úrady o tejto skutočnosti nemali žiadnu informáciu. Podľa názoru súdu, ak by navrhovateľ skutočne pociťoval ohrozenie svojho života z dôvodu konverzie na inú vieru, niet pochýb o tom, že by predovšetkým tento - naviac pre neho „výhodnejší“ dôvod žiadosti o azyl uviedol. Ak tak neurobil niet iného vysvetlenia ako to, že ním uvedené dôvody prvej žiadosti o azyl považoval navrhovateľ za dôvod pre udelenie medzinárodnej ochrany, pričom v aktuálnom konaní uvádzané dôvody (obzvlášť konvertovanie na kresťanskú vieru) v skutočnosti nejestvovali a boli uvádzané účelovo. V tejto súvislosti súd poukazuje na nelogické a podľa názoru súdu účelové vysvetlenie takého svojho počínania (prezentované v druhom - aktuálnom azylovom konaní), podľa ktorého tento dôvod (konverziu) neuviedol počas prvého azylového konania z dôvodu, že sa bál o tom hovoriť. Neskôr (22.12.2011) dodal, že sa obával toho, že Iránci - moslimovia žijúci na Slovensku (resp. veľvyslanectvo) sa o jeho konvertovaní dozvedia. Podľa názoru súdu aj z vyššie uvedeného možno už len z tohto dôvodu vyvodiť záver o navrhovateľovej nedôveryhodnosti, na ktorú odporca poukázal v napadnutom rozhodnutí. Odhliadnuc od vyššie uvedeného súd tiež poukazuje na skutočnosť, že z výsledkov vykonaného dokazovania (napr. pohovor vykonaný 15.7.2010, 26.1.2011, 3.3.2011) je však preukázané, že navrhovateľ v Iráne na kresťanskú vieru „v kresťanskom kostole patriacom Arménom“ neprestúpil. Táto skutočnosť je zrejmá jednak z obsahu výpovedí navrhovateľa v priebehu ktorých bol dopytovaný na otázky prípravy a samotného vykonania aktu konvertovania, ako aj z obsahu znalostí kresťanskej viery, ako ich v týchto pohovoroch prezentoval. Niet pochýb o tom, že navrhovateľ bol preukázateľne pokrstený až v priebehu prebiehajúceho azylového konania dňa 17.9.2011 v Košiciach v Gréckokatolíckej cirkvi, farnosti Božej Múdrosti Košice - Furča. Ako to však vyplýva z potvrdenia tamojšieho farára o. Q. V. išlo o podmienečné sviatosti krstu, ktorý sa (podľa Kán. 869, § 1 Kódexu kánonického práva) udeľuje v prípade, ak je pochybnosť, či niekto bol pokrstený alebo či bol platne udelený a pochybnosť o tom aj po dôkladnom zisťovaní zostáva. Aj z toho, že navrhovateľ bol v roku 2011 síce pokrstený - avšak podmienečne vyplýva, že samotná cirkev, ktorá navrhovateľovi udelila sviatosť krstu mala pochybnosť o tom, že navrhovateľ bol predtým - v Iráne pokrstený. Táto skutočnosť teda nesvedčí tvrdeniam navrhovateľa, ktoré vo vzťahu ku konvertovaniu prezentoval v aktuálnom azylovom konaní. Naviac so správy Fínskeho imigračného servisu (z 21.8.2015) tiež vyplýva, že asýrske a arménske pravoslávne cirkvi nešíria vieru a neobracajú na vieru medzi perzským obyvateľstvom. Ak teda odporca vyhodnotil osobu navrhovateľa ako nedôveryhodnú, ktorú správnu úvahou súd vyhodnotil ako dôvodnú, len s poukazom na uvedené je dôvodné konštatovanie, že navrhovateľ nepreukázal v konaní naplnenie predpokladov udelenia azylu podľa § 8 zákona o azyle. 2/ Vo vzťahu k neposkytnutiu doplnkovej ochrany: Podľa názoru súdu odporca správne vyhodnotil aj otázku poskytnutia doplnkovej ochrany navrhovateľovi. Navrhovateľovi nebol v minulosti uložený trest smrti a teda mu ani nehrozí jeho výkon, podobne ako mu nehrozí individuálne ohrozenie jeho integrity z dôvodu medzinárodného či vnútroštátneho ozbrojeného konfliktu, teda v jeho prípade niet dôvodu pre poskytnutie doplnkovej ochrany z dôvodu § 2 písm. f), bod. 1., 3. zákona o azyle. Pokiaľ ide o hrozbu podľa § 2 písm. f) bod. 2 zákona o azyle, súd dospel k rovnakému záveru ako odporca: Je nepochybnou skutočnosť, že navrhovateľ sa prijatím krstu v priebehu azylového konania stal kresťanom (konvertoval na kresťanskú vieru), ktorá skutočnosť by bez individuálneho posúdenia tohto faktu mohla vyvolať existenciu hrozby vážneho bezprávia v prípade jeho návratu do krajiny jeho pôvodu a to s poukazom na v spise odporcu založené správy o tejto krajine. Ako to však vyplýva z už spomenutých a v spise odporcu založených správ (na ktoré tiež poukázal odporca v napadnutom rozhodnutí), objektom záujmu iránskeho štátu (interpretáciou práva šaría) sú už dlhodobo predovšetkým osoby, ktoré verejne šíria kresťanskú vieru, „obracajú“ moslimov na (okrem iných vierovyznaní) na kresťanskú vieru, resp. s poukazom na vierovyznanie sa snažia o dosiahnutie iných cieľov. V tejto súvislosti sú podľa názoru súdu významnými správy, obsiahnuté v správe MVVB (UK Home Office) z decembra 2015, ako aj správa Fínskeho imigračného servisu z augusta 2015. Podľa zistenia týchto inštitúcií od roku 2011 došlo k významnej zmene v spôsobe, akým sa zaobchádza s konvertitami na kresťanstvo v tom zmysle, že odpadlíctvo sa nevzťahuje na kresťanstvo, pričom iránsky režim vidí útok na neho v činnosti evanjelických hnutí (a kostolov) a tzv. domácich cirkví. Navrhovateľ prijal kresťanskú vieru počas druhého (aktuálneho) azylového konania v gréckokatolíckom kostole, teda nie v evanjelickom kostole - nie je evanjelikom. S poukazom na uvedené by mu teda nemalo nič hroziť. Toto konštatovanie však nie je tou podstatnou argumentáciou. Ako to sám navrhovateľ uviedol, po prijatí sviatosti krstu prezentoval navonok svoje „nové“ vierovyznanie iba sporadickými návštevami kostola (viď doplňujúci pohovor z 3.12.2015 v priebehu ktorého o.i. uviedol, že po jeho presunutí do Rohoviec bol dva razy v kostole neďaleko Rohoviec, asi v októbri 2015 bol raz v kostole v Modre. V nedeľu 29.11.2015 bol v YMCE v Bratislave na omši Cirkvi bratskej, po ktorej bola diskusia na tému „Prijmeme utečencov“. Z uvedeného možno logicky vyvodiť domnienku, že ak sa navrhovateľ v priebehu pobytu na Slovensku (po jeho pokrstení v Košiciach) kde skutočne nemusí skrývať svoje prezentované vierovyznanie navonok ako kresťan - katolík v podstate neprejavoval, niet dôvodu sa domnievať, že by tak konal v prípade svojho návrtu do Iránu. Naviac - vzhľadom k vyššie citovaným správam - by mu aj keby tak robil nemalo hroziť vážne bezprávie v zmysle zákona o azyle. Základným predpokladom eventuálneho (i keď vzhľadom v vyššie citovaným správam nepredpokladaného) konania iránskych autorít voči navrhovateľovi je pochopiteľne v prvom rade vedomosť týchto autorít o aktuálnom vierovyznaní navrhovateľa a jeho správanie sa. Ak však navrhovateľ počas pobytu na Slovensku v podstate svoje vierovyznanie navonok neprezentoval nič nenasvedčuje tomu, žeby svoje návyky po svojom príchode do krajiny svojho pôvodu zmenil, teda žeby svoje vierovyznanie prezentoval inak, ako je tomu doteraz. Pretože po preskúmaní napadnutého rozhodnutia odporcu súd dospel k názoru, že navrhovateľom vznesené námietky nie sú dôvodné, pričom negatívne rozhodnutie odporcu o neudelení azylu a neposkytnutí doplnkovej súd pokladá za dôvodné, napadnuté rozhodnutie potvrdil ako správne a zákonné. Navrhovateľ prostredníctvom svoje zástupkyne alternatívne navrhol, aby mu súd po zrušení napadnutého rozhodnutia odporcu udelil medzinárodnú ochranu formou azylu. Súd tomuto alternatívnemu návrhu nemohol vyhovieť, nakoľko mu takéto oprávnenie nevyplýva zo žiadneho právneho predpisu - predovšetkým ani zo zákona o azyle a ani z Občianskeho súdneho poriadku. Podobne súd nevyhovel návrhu aby konanie prerušil a aby sa obrátil na Súdny dvor Európskej únie s predbežnou otázkou vo veci výkladu článku 46 ods. 3 Procedurálnej smernice. Predmetná smernica bola transponovaná do zákona o azyle, pričom vo vzťahu k rozsahu a spôsobu jej transpozície do slovenského právneho poriadku nebola voči Slovenskej podaná žaloba. Ak teda zákon o azyle neumožňuje súdu udeľovať akúkoľvek medzinárodnú ochranu, pričom súd nepociťoval nutnosť výkladu vyššie citovaného ustanovenia smernice formou podania predbežnej otázky, súd tomuto návrhu nevyhovel. O trovách navrhovateľa súd rozhodol za použitia ust. § 250 k ods.1 O.s.p. s poukazom na výsledok konania. Navrhovateľ bol v konaní neúspešný a preto mu súd nepriznal právo na náhradu trov právneho zastúpenia.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https://www.kauzis.sk/judikatura/r/ECLI:SK:KSBA:2016:1016200958.1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