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1S/132/2016 z 11. 12. 2016</w:t>
      </w:r>
    </w:p>
    <w:p>
      <w:r>
        <w:t>Uznesenie Krajského súdu Bratislava z 11. decembra 2016, sp. zn. 1S/132/2016, ECLI:SK:KSBA:2016:1016201045.1</w:t>
      </w:r>
    </w:p>
    <w:p>
      <w:r>
        <w:t>Súd: Krajský súd Bratislava</w:t>
      </w:r>
    </w:p>
    <w:p>
      <w:r>
        <w:t>Spisová značka: 1S/132/2016</w:t>
      </w:r>
    </w:p>
    <w:p>
      <w:r>
        <w:t>ECLI: ECLI:SK:KSBA:2016:1016201045.1</w:t>
      </w:r>
    </w:p>
    <w:p>
      <w:r>
        <w:t>Dátum vydania: 11. 12. 2016</w:t>
      </w:r>
    </w:p>
    <w:p>
      <w:r>
        <w:t>Forma: Uznesenie</w:t>
      </w:r>
    </w:p>
    <w:p>
      <w:pPr>
        <w:pStyle w:val="Heading2"/>
      </w:pPr>
      <w:r>
        <w:t>Text rozhodnutia</w:t>
      </w:r>
    </w:p>
    <w:p>
      <w:r>
        <w:t>Súd: Krajský súd Bratislava Spisová značka: 1S/132/2016 Identifikačné číslo súdneho spisu: 1016201045 Dátum vydania rozhodnutia: 12. 12. 2016 Meno a priezvisko sudcu, VSÚ: JUDr. Monika Valašíková PhD. ECLI: ECLI:SK:KSBA:2016:1016201045.1 Uznesenie Krajský súd v Bratislave v právnej veci žalobcu: Plastic People, s.r.o., Dunajská 12, 811 08 Bratislava, zast.: Havel, Holásek &amp; Partners, s.r.o., advokátska kancelária, Mlynské Nivy 49, 821 09 Bratislava, proti žalovanému: Slovenská inšpekcia životného prostredia - ústredie, Útvar integrovaného poľovania a kontroly, Jeséniová 17D, 831 01 Bratislava, o odkladný účinok, takto r o z h o d o l : Krajský súd v Bratislave návrh žalobcu o odkladný účinok rozhodnutia žalovaného č. 3324-11119/27/2016/Šop zo dňa 05.04.2016 v spojení s rozhodnutím Slovenskej inšpekcie životného prostredia, Inšpektorátu životného prostredia Bratislava, Stále pracovisko Nitra č. 8093-39977/2015/ Med/370400104 zo dňa 11.01.2016 z a m i e t a. o d ô v o d n e n i e : 1. Žalobca sa žalobou doručenou tunajšiemu súdu dňa 17.06.2016 domáhal preskúmania zákonnosti rozhodnutia žalovaného č. 3324-11119/27/2016/Šop zo dňa 05.04.2016 v spojení s rozhodnutím Slovenskej inšpekcie životného prostredia, Inšpektorátu životného prostredia Bratislava, Stále pracovisko Nitra č. 8093-39977/2015/Med/370400104 zo dňa 11.01.2016. 2. Žalobca zároveň požiadal súd o odkladný účinok vyššie uvedených rozhodnutí žalovaného z dôvodu, že zaplatenie pokuty by malo pre žalobcu likvidačné následky.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https://www.kauzis.sk/judikatura/r/ECLI:SK:KSBA:2016:1016201045.1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