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8Sd/84/2016 z 18. 7. 2016</w:t>
      </w:r>
    </w:p>
    <w:p>
      <w:r>
        <w:t>Uznesenie Krajského súdu Bratislava z 18. júla 2016, sp. zn. 8Sd/84/2016, ECLI:SK:KSBA:2016:1016201065.1</w:t>
      </w:r>
    </w:p>
    <w:p>
      <w:r>
        <w:t>Súd: Krajský súd Bratislava</w:t>
      </w:r>
    </w:p>
    <w:p>
      <w:r>
        <w:t>Spisová značka: 8Sd/84/2016</w:t>
      </w:r>
    </w:p>
    <w:p>
      <w:r>
        <w:t>ECLI: ECLI:SK:KSBA:2016:1016201065.1</w:t>
      </w:r>
    </w:p>
    <w:p>
      <w:r>
        <w:t>Dátum vydania: 18.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8Sd/84/2016 Identifikačné číslo súdneho spisu: 1016201065 Dátum vydania rozhodnutia: 19. 07. 2016 Meno a priezvisko sudcu, VSÚ: JUDr. Peter Pospech ECLI: ECLI:SK:KSBA:2016:1016201065.1 Uznesenie Krajský súd v Bratislave v právnej veci navrhovateľky: I.. J. B., M.. XX.XX.XXXX, Q. K. XX/X, XXX XX K. Y., proti odporkyni: Sociálna poisťovňa - ústredie, so sídlom Ul. 29. augusta 8 - 10, 813 63 Bratislava, o predčasný starobný dôchodok, takto r o z h o d o l : Súd konanie z a s t a v u j e . Žiaden z účastníkov nemá právo na náhradu trov konania. o d ô v o d n e n i e : Navrhovateľka podala opravný prostriedok proti rozhodnutiu odporkyne č. XXX XXX XXXX X zo dňa 17.02.2016, ktorým bolo rozhodnuté, že od 12.11.2015 do 21.12.2015 jej nepatrila výplata predčasného starobného dôchodku. V opravnom prostriedku namietala, že týmto rozhodnutím jej bolo predpísané vrátiť viac ako za 1 mesiac dôchodku, hoci rozhodnutím odporkyne jej bola stanovená výška dôchodku od 17.03.2015 vo výške 441,60 Eur mesačne, avšak odporkyňa jej oznámením o výplate dôchodku na účet z 13.04.2016 stanovila čiastku na vrátenie vo výške 588,79 Eur, čo je viac ako za 1 mesiac. Odporkyňa opätovne posúdila dôchodkové nároky navrhovateľky a novým rozhodnutím č. XXX XXX XXXX X zo dňa 21.05.2016 jej bol zvýšený predčasný starobný dôchodok od 17.03.2015 na sumu 442,60 Eur mesačne s odôvodnením, že suma predčasného starobného dôchodku sa zvýšila po zistení vymeriavacieho základu za obdobie od 01.01.2008 do 31.12.2008. Odporkyňa rozhodnutím č. XXX XXX XXXX X zo dňa 26.05.2016 od 01.01.2016 zvýšila navrhovateľke starobný dôchodok na sumu 446,90 Eur mesačne. Listom odporkyne - oznámením o výplate dôchodku na účet z 01.06.2016 bol navrhovateľke oznámený doplatok na dôchodku za obdobie od 17.03. do 11.07.2016 v sume 31,12 Eur, ktorý jej bol poukázaný na účet a taktiež bola navrhovateľke poukázaná zúčtovaná suma na dôchodku za obdobie od 12.05.2016 do 11.07.2016 v sume 309,12 Eur. Podľa § 492 ods. 1 S.s.p. konania podľa tretej hlavy piatej časti Občianskeho súdneho poriadku začaté predo dňom nadobudnutia účinnosti tohto zákona sa dokončia podľa doterajších predpisov. Podľa § 250o O.s.p. ak správny orgán, ktorého rozhodnutie súd preskúmava, vydá nové rozhodnutie, ktorým návrhu celkom vyhovie, súd uznesením konanie zastaví. Pretože rozhodnutiami odporkyne č. XXX XXX XXXX X zo dňa 21.05.2016 a 26.05.2016 bolo celkom vyhovené odvolaniu navrhovateľky, súd v zmysle § 250o O.s.p. konanie zastavil. O trovách konania súd rozhodol podľa § 146 ods. 1 písm. c/ O.s.p. /§ 250l ods. 2, § 246c O.s.p./.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https://www.kauzis.sk/judikatura/r/ECLI:SK:KSBA:2016:1016201065.1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