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8Sd/85/2016 z 22. 9. 2016</w:t>
      </w:r>
    </w:p>
    <w:p>
      <w:r>
        <w:t>Uznesenie Krajského súdu Bratislava z 22. septembra 2016, sp. zn. 8Sd/85/2016, ECLI:SK:KSBA:2016:1016201077.1</w:t>
      </w:r>
    </w:p>
    <w:p>
      <w:r>
        <w:t>Súd: Krajský súd Bratislava</w:t>
      </w:r>
    </w:p>
    <w:p>
      <w:r>
        <w:t>Spisová značka: 8Sd/85/2016</w:t>
      </w:r>
    </w:p>
    <w:p>
      <w:r>
        <w:t>ECLI: ECLI:SK:KSBA:2016:1016201077.1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8Sd/85/2016 Identifikačné číslo súdneho spisu: 1016201077 Dátum vydania rozhodnutia: 23. 09. 2016 Meno a priezvisko sudcu, VSÚ: JUDr. Peter Pospech ECLI: ECLI:SK:KSBA:2016:1016201077.1 Uznesenie Krajský súd v Bratislave v právnej veci navrhovateľky: F. F., Z. Z. XX, XXX XX Z., právne zastúpená Advokátskou kanceláriou JUDr. Marián Gešper, so sídlom Dlhá 777, 093 01 Vranov nad Topľou, proti odporkyni: Sociálna poisťovňa - ústredie, so sídlom Ul. 29. augusta 8 - 10, 813 63 Bratislava, o invalidný dôchodok, takto r o z h o d o l : Súd konanie z a s t a v u j e . Žiaden z účastníkov nemá právo na náhradu trov konania. o d ô v o d n e n i e : Navrhovateľka podala opravný prostriedok proti rozhodnutiu odporkyne č. XXX XXX XXXX X zo dňa 21.04.2016, ktorým jej bola od 04.02.2016 zvýšená suma invalidného dôchodku na sumu 177,30 Eur mesačne. V opravnom prostriedku namietala neobjektívne posúdenie zdravotného stavu a žiadala zvýšiť mieru poklesu schopnosti vykonávať zárobkovú činnosť minimálne 75%. Na základe podaného opravného prostriedku bol zdravotný stav navrhovateľky opätovne posúdený posudkovým lekárom sociálneho poistenia Sociálnej poisťovne, pobočky Bratislava dňa 15.07.2016 a posudkovým lekárom sociálneho poistenia Sociálnej poisťovne, ústredie dňa 03.08.2016, podľa ktorého je navrhovateľka od 04.02.2016 invalidná s mierou poklesu schopnosti vykonávať zárobkovú 75% v porovnaní so zdravou fyzickou osobou. Odporkyňa opätovne posúdila nárok navrhovateľky a rozhodnutím č. XXX XXX XXXX X - I zo dňa 11.08.2016 bolo v rámci autoremedúry zrušené napadnuté rozhodnutie. Novým rozhodnutím č. XXX XXX XXXX X - II zo dňa 11.08.2016 bol navrhovateľke od 04.02.2016 zvýšený invalidný dôchodok na sumu 252,80 Eur mesačne. Podľa § 492 ods. 1 S.s.p. konania podľa tretej hlavy piatej časti Občianskeho súdneho poriadku začaté predo dňom nadobudnutia účinnosti tohto zákona sa dokončia podľa doterajších predpisov. Podľa § 250o O.s.p. ak správny orgán, ktorého rozhodnutie súd preskúmava, vydá nové rozhodnutie, ktorým návrhu celkom vyhovie, súd uznesením konanie zastaví. Pretože rozhodnutiami odporkyne č. XXX XXX XXXX X - I, II zo dňa 11.08.2016 bolo v rámci autoremedúry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https://www.kauzis.sk/judikatura/r/ECLI:SK:KSBA:2016:1016201077.1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