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10Sd/84/2016 z 23. 6. 2016</w:t>
      </w:r>
    </w:p>
    <w:p>
      <w:r>
        <w:t>Uznesenie Krajského súdu Bratislava z 23. júna 2016, sp. zn. 10Sd/84/2016, ECLI:SK:KSBA:2016:1016201079.1</w:t>
      </w:r>
    </w:p>
    <w:p>
      <w:r>
        <w:t>Súd: Krajský súd Bratislava</w:t>
      </w:r>
    </w:p>
    <w:p>
      <w:r>
        <w:t>Spisová značka: 10Sd/84/2016</w:t>
      </w:r>
    </w:p>
    <w:p>
      <w:r>
        <w:t>ECLI: ECLI:SK:KSBA:2016:1016201079.1</w:t>
      </w:r>
    </w:p>
    <w:p>
      <w:r>
        <w:t>Dátum vydania: 23.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10Sd/84/2016 Identifikačné číslo súdneho spisu: 1016201079 Dátum vydania rozhodnutia: 24. 06. 2016 Meno a priezvisko sudcu, VSÚ: JUDr. Beata Jurgošová ECLI: ECLI:SK:KSBA:2016:1016201079.1 Uznesenie Krajský súd v Bratislave v právnej veci navrhovateľky: A. C., bytom Č.T. XX, Č., zastúpenej: JUDr. Ondrej Krempaský, advokát, Račianska 66, Bratislava proti odporkyni: Sociálna poisťovňa ústredie, Ul. 29. augusta č. 8, Bratislava, o preskúmanie rozhodnutia odporkyne, takto r o z h o d o l : Krajský súd v Bratislave p o s t u p u j e vec Krajskému súdu v Trnave. o d ô v o d n e n i e : Návrh na preskúmanie rozhodnutia vydaného odporkyňou číslo XXX XXX XXXX X zo dňa 31. 5.2016 bol podaný dňa 21.06.2016, doručený dňa 22.06.2016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starobný dôchodok, na preskúmanie ktorého je vecne príslušný krajský súd podľa tretej hlavy piatej časti Občianskeho súdneho poriadku. V danom prípade má navrhovateľka trvalé bydlisko v obci Čakany,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https://www.kauzis.sk/judikatura/r/ECLI:SK:KSBA:2016:1016201079.1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