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2S/136/2016 z 13. 9. 2016</w:t>
      </w:r>
    </w:p>
    <w:p>
      <w:r>
        <w:t>Uznesenie Krajského súdu Bratislava z 13. septembra 2016, sp. zn. 2S/136/2016, ECLI:SK:KSBA:2016:1016201109.1</w:t>
      </w:r>
    </w:p>
    <w:p>
      <w:r>
        <w:t>Súd: Krajský súd Bratislava</w:t>
      </w:r>
    </w:p>
    <w:p>
      <w:r>
        <w:t>Spisová značka: 2S/136/2016</w:t>
      </w:r>
    </w:p>
    <w:p>
      <w:r>
        <w:t>ECLI: ECLI:SK:KSBA:2016:1016201109.1</w:t>
      </w:r>
    </w:p>
    <w:p>
      <w:r>
        <w:t>Dátum vydania: 13.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2S/136/2016 Identifikačné číslo súdneho spisu: 1016201109 Dátum vydania rozhodnutia: 14. 09. 2016 Meno a priezvisko sudcu, VSÚ: Mgr. Viliam Pohančeník ECLI: ECLI:SK:KSBA:2016:1016201109.1 Uznesenie Krajský súd v Bratislave v právnej veci žalobkyne: Z.. K. U., nar. XX.XX.XXXX, Z. XXX, proti žalovanému: Generálna prokuratúra Slovenskej republiky, Štúrova 2, Bratislava, o preskúmanie zákonnosti rozhodnutia žalovaného č. k. IV Pz 89/14/1000 - 9 zo dňa 19.05.2014, takto r o z h o d o l : Krajský súd v Bratislave konanie z a s t a v u j e . Žiaden z účastníkov nemá právo na náhradu trov konania. o d ô v o d n e n i e : Žalobou doručenou Krajskému súdu v Bratislave dňa 24.06.2016 sa žalobkyňa domáhala preskúmania zákonnosti rozhodnutia žalovaného č. k. IV Pz 89/14/1000 - 9 zo dňa 19.05.2014, ktorým bolo zrušené právoplatné uznesenie prokurátorky Okresnej prokuratúry Bratislava I sp. zn. 1Pv 69/14/1101-7 zo dňa 18.03.2014, ktorým zrušila uznesenie povereného príslušníka OR PZ Bratislava - Staré Mesto - západ sp. zn. ORP-253/SMZ-B1-2014 o vznesení obvinenia žalobkyne pre prečin výtržníctva podľa § 364 ods. 1 Trestného zákona. 2. Podaním doručeným správnemu súdu dňa 13.09.2016 vzala žalobkyňa žalobu späť. 3. Podľa § 63 Správneho súdneho poriadku (ďalej aj len „S.s.p.“),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S.s.p., správny súd konanie uznesením zastaví, ak žalobca vzal žalobu späť skôr, ako správny súd vo veci rozhodol. 5. Nakoľko žalobkyňa vzala žalobu späť pred rozhodnutím veci, správny súd v súlade s § 99 písm. a) S.s.p. konanie zastavil. 6. Je potrebné dodať, že ak by žalobkyňa nevzala žalobu späť, správny súd by konanie o nej zastavil z dôvodu nedostatku právomoci, nakoľko smeruje proti takému rozhodnutiu orgánu činného v trestnom konaní, ktoré môže preskúmať len príslušný orgán podľa Trestného poriadku. 7. O náhrade trov konania správny súd rozhodol podľa § 170 písm. b) S.s.p. tak, že žiaden z účastníkov nemá právo na náhradu trov konania, nakoľko konanie bolo zastavené.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https://www.kauzis.sk/judikatura/r/ECLI:SK:KSBA:2016:1016201109.1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