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6S/138/2016 z 6. 12. 2016</w:t>
      </w:r>
    </w:p>
    <w:p>
      <w:r>
        <w:t>Uznesenie Krajského súdu Bratislava z 6. decembra 2016, sp. zn. 6S/138/2016, ECLI:SK:KSBA:2016:1016201110.1</w:t>
      </w:r>
    </w:p>
    <w:p>
      <w:r>
        <w:t>Súd: Krajský súd Bratislava</w:t>
      </w:r>
    </w:p>
    <w:p>
      <w:r>
        <w:t>Spisová značka: 6S/138/2016</w:t>
      </w:r>
    </w:p>
    <w:p>
      <w:r>
        <w:t>ECLI: ECLI:SK:KSBA:2016:1016201110.1</w:t>
      </w:r>
    </w:p>
    <w:p>
      <w:r>
        <w:t>Dátum vydania: 6. 12. 2016</w:t>
      </w:r>
    </w:p>
    <w:p>
      <w:r>
        <w:t>Forma: Uznesenie</w:t>
      </w:r>
    </w:p>
    <w:p>
      <w:pPr>
        <w:pStyle w:val="Heading2"/>
      </w:pPr>
      <w:r>
        <w:t>Text rozhodnutia</w:t>
      </w:r>
    </w:p>
    <w:p>
      <w:r>
        <w:t>Súd: Krajský súd Bratislava Spisová značka: 6S/138/2016 Identifikačné číslo súdneho spisu: 1016201110 Dátum vydania rozhodnutia: 07. 12. 2016 Meno a priezvisko sudcu, VSÚ: JUDr. Vlastimil Pavlikovský ECLI: ECLI:SK:KSBA:2016:1016201110.1 Uznesenie Krajský súd v Bratislave v právnej veci žalobcu: G.. N. S., W. U. XXXX/XX, XXX XX W., právne zast.: Mgr. Lukáš Szabó, advokát so sídlom Košická 56, 821 08 Bratislava, proti žalovanému: Krajské riaditeľstvo Policajného zboru v Bratislave, Krajský dopravný inšpektorát, Špitálska 14, 812 28 Bratislava, o preskúmanie zákonnosti rozhodnutia žalovaného č. KRPZ-BA-KDI21-49/2016-P zo dňa 27.05.2016, jednohlasne, takto r o z h o d o l : Krajský súd v Bratislave konanie z a s t a v u j e . Žiaden z účastníkov nemá právo na náhradu trov konania. o d ô v o d n e n i e : Žalobou doručenou tunajšiemu správnemu súdu dňa 27.06.2016 sa žalobca domáhal preskúmania zákonnosti rozhodnutia žalovaného č. KRPZ-BA-KDI21-49/2016-P zo dňa 27.05.2016, ktorým bolo zamietnuté odvolanie žalobcu a prvostupňové rozhodnutie Okresného dopravného inšpektorátu Okresného riaditeľstva Policajného zboru v Bratislave IV o priestupku č. ORP-P-88/BAIV-ODI1-2015 zo dňa 23.03.2016 bolo potvrdené. Žalovaný sa k žalobe žalobcu vyjadril písomne v podaní doručenom správnemu súdu dňa 26.09.2016. Pred rozhodnutím vo veci samej žalobca svojím podaním, podaným tunajšiemu správnemu súdu dňa 25.11.2016 oznámil, že berie svoju žalobu v celom rozsahu späť a navrhol aby súd konanie zastavil.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Podľa § 99 písm. a) SSP, správny súd konanie uznesením zastaví, ak žalobca vzal žalobu späť skôr, ako správny súd vo veci rozhodol. Podľa § 491 ods. 1 SSP, ak nie je ďalej ustanovené inak, platí tento zákon aj na konania začaté podľa piatej časti Občianskeho súdneho poriadku predo dňom nadobudnutia jeho účinnosti. Nakoľko žalobca vzal späť žalobu pred rozhodnutím veci, správny súd v súlade s ustanovením § 99 písm. a) SSP konanie zastavil. O náhrade trov konania správny súd rozhodol podľa § 170 písm. b) SSP tak, že žiaden z účastníkov nemá právo na náhradu trov konania, nakoľko konanie bolo zastavené. Toto rozhodnutie prijal senát Krajského súdu v Bratislave v pomere hlasov 3:0 (podľa § 3 ods. 9 zákona č. 757/2004 Z.z. o súdoch a o zmene a doplnení niektorých zákonov v znení účinnom ku dňu 01.05.2011).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https://www.kauzis.sk/judikatura/r/ECLI:SK:KSBA:2016:1016201110.1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