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5Sd/87/2016 z 12. 12. 2016</w:t>
      </w:r>
    </w:p>
    <w:p>
      <w:r>
        <w:t>Uznesenie Krajského súdu Bratislava z 12. decembra 2016, sp. zn. 5Sd/87/2016, ECLI:SK:KSBA:2016:1016201114.1</w:t>
      </w:r>
    </w:p>
    <w:p>
      <w:r>
        <w:t>Súd: Krajský súd Bratislava</w:t>
      </w:r>
    </w:p>
    <w:p>
      <w:r>
        <w:t>Spisová značka: 5Sd/87/2016</w:t>
      </w:r>
    </w:p>
    <w:p>
      <w:r>
        <w:t>ECLI: ECLI:SK:KSBA:2016:1016201114.1</w:t>
      </w:r>
    </w:p>
    <w:p>
      <w:r>
        <w:t>Dátum vydania: 12.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58362</w:t>
      </w:r>
    </w:p>
    <w:p/>
    <w:p>
      <w:r>
        <w:t>Zdroj: KAUZIS.SK – https://www.kauzis.sk/judikatura/r/ECLI:SK:KSBA:2016:1016201114.1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