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6S/140/2016 z 26. 10. 2016</w:t>
      </w:r>
    </w:p>
    <w:p>
      <w:r>
        <w:t>Uznesenie Krajského súdu Bratislava z 26. októbra 2016, sp. zn. 6S/140/2016, ECLI:SK:KSBA:2016:1016201130.3</w:t>
      </w:r>
    </w:p>
    <w:p>
      <w:r>
        <w:t>Súd: Krajský súd Bratislava</w:t>
      </w:r>
    </w:p>
    <w:p>
      <w:r>
        <w:t>Spisová značka: 6S/140/2016</w:t>
      </w:r>
    </w:p>
    <w:p>
      <w:r>
        <w:t>ECLI: ECLI:SK:KSBA:2016:1016201130.3</w:t>
      </w:r>
    </w:p>
    <w:p>
      <w:r>
        <w:t>Dátum vydania: 26. 10. 2016</w:t>
      </w:r>
    </w:p>
    <w:p>
      <w:r>
        <w:t>Forma: Uznesenie</w:t>
      </w:r>
    </w:p>
    <w:p>
      <w:pPr>
        <w:pStyle w:val="Heading2"/>
      </w:pPr>
      <w:r>
        <w:t>Text rozhodnutia</w:t>
      </w:r>
    </w:p>
    <w:p>
      <w:r>
        <w:t>Súd: Krajský súd Bratislava Spisová značka: 6S/140/2016 Identifikačné číslo súdneho spisu: 1016201130 Dátum vydania rozhodnutia: 27. 10. 2016 Meno a priezvisko sudcu, VSÚ: JUDr. Vlastimil Pavlikovský ECLI: ECLI:SK:KSBA:2016:1016201130.3 Uznesenie Krajský súd v Bratislave v právnej veci žalobcu: 1. Obec Marianka, so sídlom Školská 32, 900 33 Marianka, 2. MPP Servis s.r.o., so sídlom Námestie Andreja Hlinku 3, 831 06 Bratislava, obaja právne zastúpení: BARRISTER LEGAL s.r.o., advokátska kancelária so sídlom Zámocké schody 2/A, 811 01 Bratislava, proti žalovanému: Okresný úrad Bratislava, so sídlom Tomášikova 46, 832 05 Bratislava, za účasti: 1. Krajská prokuratúra Bratislava, Vajnorská 47, 812 56 Bratislava, 2. SPP distribúcia, a.s., Mlynské Nivy 44/b, 825 11 Bratislava, o preskúmanie zákonnosti rozhodnutia žalovaného č. OU-BA- OVBP2-2016/3554-KAZ zo dňa 04.03.2016 a o návrhu žalobcov na odkladný účinok žaloby, takto r o z h o d o l : Krajský súd v Bratislave návrh žalobcov na odkladný účinok žaloby z a m i e t a. o d ô v o d n e n i e : 1. Žalobou podanou na Krajskom súde v Bratislave dňa 28.06.2016 o 13:23 hod. sa žalobca domáhal preskúmania zákonnosti rozhodnutia žalovaného č. OU-BA-OVBP2-2016/3554-KAZ zo dňa 04.03.2016, ktorým žalovaný vyhovel protestu prokurátora Okresnej prokuratúry Malacky č. Pd 100/15/1106 - 6 zo dňa 13.11.2015 a uvedeným protestom napadnuté opatrenie Obce Marianka č. SÚ/2013/1098/B1 zo dňa 19.03.2014 ako nezákonné zrušil. Krajský súd v Bratislave zistil, že dňa 28.06.2016 o 13:27 hod. podala spoločnosť MPP Servis s.r.o. žalobu, prostredníctvom ktorej sa táto spoločnosť ako žalobca domáhal preskúmania zákonnosti rozhodnutia žalovaného č. OU-BA-OVBP2-2016/3554-KAZ zo dňa 04.03.2016, ktorým žalovaný vyhovel protestu prokurátora Okresnej prokuratúry Malacky č. Pd 100/15/1106 - 6 zo dňa 13.11.2015 a uvedeným protestom napadnuté opatrenie Obce Marianka č. SÚ/2013/1098/ B1 zo dňa 19.03.2014 ako nezákonné zrušil. Žaloba bola vedená pod sp.zn. 6S/141/2016. Podľa § 65 ods. 1 Správneho súdneho poriadku (ďalej len SSP) Krajský súd v Bratislave uznesením č.k. 6S/140/2016-50 zo dňa 30.09.2016 rozhodol o spojení konaní vedených pod sp.zn. 6S/140/2016 a sp.zn. 6S/141/2016 na spoločné konanie s tým, že ďalej budú vedené pod sp.zn. 6S/140/2016, nakoľko skutkové okolnosti podaných žalôb dávali dostatočný dôvod na spojenie vecí s tým, že zároveň bude dodržaná zásada hospodárnosti konania pri zachovaní rovnoprávneho postavenia účastníkov v konaní, pričom súd prejedná v jednom konaní všetky námietky žalobcov proti preskúmavanému rozhodnutiu správneho orgánu. 2. Žalobca v 1. rade a v 2. rade spolu s podanou žalobou sa domáhali odkladného účinku žaloby, pričom zhodne uviedli, že výkonom napadnutého rozhodnutia hrozí žalobcom závažná ujma spočívajúca v odstránení stavebných objektov, ktorá by mohla mať pre žalobcov nežiaduce dôsledky, nakoľko sa jedná o verejnoprospešnú stavbu.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žalobcov, nakoľko neboli splnené podmienky ust. § 185 písm. a)SSP a žalobcovia vo svojich návrhoch dostatočne neodôvodnili v čom spočíva závažná ujma, aká veľká by bola finančná škoda na majetkoch vo vlastníctve žalobcov, ako ani neuviedli v čom by mal spočívať iný vážny nenapraviteľný následok. Poučenie: Proti tomuto uzneseniu kasačná sťažnosť nie je prípustná podľa § 439 ods. 2 písm. e) SSP.</w:t>
      </w:r>
    </w:p>
    <w:p/>
    <w:p>
      <w:r>
        <w:t>Zdroj: KAUZIS.SK – https://www.kauzis.sk/judikatura/r/ECLI:SK:KSBA:2016:1016201130.3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