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5Sd/89/2016 z 12. 12. 2016</w:t>
      </w:r>
    </w:p>
    <w:p>
      <w:r>
        <w:t>Uznesenie Krajského súdu Bratislava z 12. decembra 2016, sp. zn. 5Sd/89/2016, ECLI:SK:KSBA:2016:1016201150.1</w:t>
      </w:r>
    </w:p>
    <w:p>
      <w:r>
        <w:t>Súd: Krajský súd Bratislava</w:t>
      </w:r>
    </w:p>
    <w:p>
      <w:r>
        <w:t>Spisová značka: 5Sd/89/2016</w:t>
      </w:r>
    </w:p>
    <w:p>
      <w:r>
        <w:t>ECLI: ECLI:SK:KSBA:2016:1016201150.1</w:t>
      </w:r>
    </w:p>
    <w:p>
      <w:r>
        <w:t>Dátum vydania: 12.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5Sd/89/2016 Identifikačné číslo súdneho spisu: 1016201150 Dátum vydania rozhodnutia: 13. 12. 2016 Meno a priezvisko sudcu, VSÚ: JUDr. Milota Tóthová ECLI: ECLI:SK:KSBA:2016:1016201150.1 Uznesenie Krajský súd v Bratislave v právnej veci navrhovateľky C. G., T. F. XXX/XXX, J. proti odporkyni Sociálnej poisťovni ústredie, Ul. 29. augusta č. 8-10, Bratislava o predčasný starobný dôchodok takto r o z h o d o l : Súd konanie z a s t a v u j e. Žiaden z účastníkov nemá právo na náhradu trov konania. o d ô v o d n e n i e : odporkyne číslo XXX XXX XXXX X zo dňa 1.2.2016, ktorým odporkyňa podľa § 67 ods. 1 zákona č. 461/2003 Z.z. o sociálnom poistení v znení neskorších predpisov zamietla žiadosť navrhovateľky o predčasný starobný dôchodok zo dňa 7. januára 2016. Odporkyňa vydala rozhodnutie číslo XXX XXX XXXX X zo dňa 20.6.2016, ktorým zrušila napadnuté rozhodnutie číslo XXX XXX XXXX X zo dňa 1.2.2016 o zamietnutí žiadosti o priznanie predčasného starobného dôchodku a zároveň rozhodnutím číslo XXX XXX XXXX X zo dňa 19. 5.2016 navrhovateľke od 7. januára 2016 priznala predčasný starobný dôchodok v sume 311,60 eur mesačne, čím navrhovateľke celkom vyhovela. Súd podľa § 250o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https://www.kauzis.sk/judikatura/r/ECLI:SK:KSBA:2016:1016201150.1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