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4Sp/60/2016 z 7. 7. 2016</w:t>
      </w:r>
    </w:p>
    <w:p>
      <w:r>
        <w:t>Rozsudok Krajského súdu Bratislava z 7. júla 2016, sp. zn. 4Sp/60/2016, ECLI:SK:KSBA:2016:1016201196.1</w:t>
      </w:r>
    </w:p>
    <w:p>
      <w:r>
        <w:t>Súd: Krajský súd Bratislava</w:t>
      </w:r>
    </w:p>
    <w:p>
      <w:r>
        <w:t>Spisová značka: 4Sp/60/2016</w:t>
      </w:r>
    </w:p>
    <w:p>
      <w:r>
        <w:t>ECLI: ECLI:SK:KSBA:2016:1016201196.1</w:t>
      </w:r>
    </w:p>
    <w:p>
      <w:r>
        <w:t>Dátum vydania: 7. 7. 2016</w:t>
      </w:r>
    </w:p>
    <w:p>
      <w:r>
        <w:t>Forma: Rozsudok</w:t>
      </w:r>
    </w:p>
    <w:p>
      <w:r>
        <w:t>Oblasť práva: Správne právo</w:t>
      </w:r>
    </w:p>
    <w:p>
      <w:pPr>
        <w:pStyle w:val="Heading2"/>
      </w:pPr>
      <w:r>
        <w:t>Text rozhodnutia</w:t>
      </w:r>
    </w:p>
    <w:p>
      <w:r>
        <w:t>Súd: Krajský súd Bratislava Spisová značka: 4Sp/60/2016 Identifikačné číslo súdneho spisu: 1016201196 Dátum vydania rozhodnutia: 08. 07. 2016 Meno a priezvisko sudcu, VSÚ: JUDr. Ľubomír Šramko ECLI: ECLI:SK:KSBA:2016:1016201196.1 ROZSUDOK V MENE SLOVENSKEJ REPUBLIKY Krajský súd v Bratislave v konaní pred sudkyňou JUDr. Beátou Jurgošovou v právnej veci navrhovateľa: T. M. J., nar. XX.XX.XXXX, štátna príslušnosť: Iracká republika, zastúpeného: Centrum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PPZ-HCP-BA6-138-022/2016-AV zo dňa 17.06.2016, takto r o z h o d o l : Krajský súd v Bratislave rozhodnutie odporcu PPZ-HCP-BA6-138-022/2016-AV zo dňa 17.06.2016 p o t v r d z u j e. Súd účastníkom právo na náhradu trov konania nepriznáva. o d ô v o d n e n i e : Odporca predložil na Krajský súd v Bratislave dňa 6.07.2016 právnym zástupcom navrhovateľa podaný opravný prostriedok zo dňa 29.06.2016 proti jeho rozhodnutiu PPZ-HCP-BA6-138-022/2016-AV vydanému dňa 17.06.2016, ktorým bol navrhovateľ zaistený v súlade s ustanovením § 88 ods.1 písm. c) zákona č. 404/2011 Z.z. o pobyte cudzincov a to dňom 17.06.2016 a následne bol umiestnený v Útvare policajného zaistenia pre cudzincov Medveďov, pričom zároveň bola stanovená dĺžka doby zaistenia na čas nevyhnutne potrebný, najviac do 12.11.2016.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prevozu podľa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11.05.2016 v čase o 18.35 hod. vykonávala hliadkovú činnosť hliadka z Obvodného oddelenia Policajného zboru Veľký Meder, v blízkosti vodného diela Gabčíkovo, kde spozorovali osobné motorové vozidlo Mazda 3, EČV: VE54NSK s podozrivou posádkou, ktoré následne začalo unikať po ceste 3/1421 smerom na obec Bodíky. Po prenasledovaní vozidla a jeho následnom zastavení sa vo vozidle nachádzal navrhovateľ spolu s ďalšími osobami. Išlo o 6 osôb, ktoré boli vyzvané, aby v zmysle ustanovenia § 18 zákona č. 171/1991 o policajnom zbore predložili doklady totožnosti, ako aj doklady oprávňujúce na vstup a pobyt na území Slovenskej republiky. Osoby nevedeli preukázať svoju totožnosť ani oprávnenie na pobyt na území Slovenskej republiky, avšak uviedli, že sú zo Sýrie a Iraku. Na uvedenom základe boli dňa 11.05.2016 v čase o 21.45 hod. v zmysle § 79 ods. 1 zákona o pobyte cudzincov predvedení na Oddelenie cudzineckej polície PZ Bratislava. Uviedol, že lustráciou v dostupných informačných systémoch bolo zistené, že navrhovateľ je žiadateľom o udelenie azylu a lustráciou IS Policajného zboru SR bolo zistené, že navrhovateľ je žiadateľom o azyl na území Maďarska. Navrhovateľ bol zadržaný počas nelegálnej migrácie z územia Maďarska cez územie Slovenskej republiky. Navrhovateľ neoprávnene opustil Maďarsko. V jeho prípade existuje riziko úteku, nakoľko navrhovateľ nezotrval ani na území Maďarska, kde žiadal o medzinárodnú ochranu. V zápisnici uviedol, že chce pokračovať vo svojej ceste do Nemecka. Samotný základ pre začiatok konania o zaistení na účel výkonu jeho prevozu z územia Slovenskej republiky na územie Maďarska je skutočnosť, že navrhovateľ je žiadateľom o udelenie azylu na území Maďarska, čo bolo potvrdené lustráciou v IS Eurodac ako aj vyjadrením navrhovateľa v zápisnici o podaní vyjadrenia. K výkonu prevozu podľa osobitného predpisu priamo slúži inštitút zaistenia. V závere rozhodnutia konštatoval, že predmetné zaistenie je v súlade s článkom 5 ods. 1 písm. f) Európskeho dohovoru o ľudských právach a základných slobodách. 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 Podľa jeho názoru, odporca v napadnutom rozhodnutí sa k existencii značného rizika úteku síce vyjadril, ale ho odôvodnil nedostatočne, teda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 za to, že odporca nezvážil uplatnenie menej prísnych donucovacích opatrení. Namietal, že odporca stanovil dĺžku doby zaistenia navrhovateľa do 12.11.2016, ktorá je neprimerane dlhá. Uvedenú dĺžku doby zaistenia neodôvodnil žiadnymi konkrétnymi dôvodmi a skutkovými okolnosťami prejednávanej veci. Odporca nezvážil možnosť aplikácie menej prísnych donucovacích prostriedkov ako je zaistenie navrhovateľa, ale dokonca stanovil maximálnu dĺžku doby zaistenia navrhovateľa. K podanému odvolaniu sa vyjadril odporca a reagoval na všetky vznesené námietky navrhovateľom, pričom uviedol, že navrhovateľ je žiadateľom o azyl v Maďarsku. K riziku úteku uviedol, že navrhovateľ v prípade prepustenia by pokračoval vo svojej ceste do Nemecka. Poukázal na to, že žiadny správny orgán nevie presne stanoviť čas potrebný na vykonanie úkonov a to z dôvodov, že nikto nevie v dobe kedy sa rozhoduje o zaistení cudzinca presne uviesť dĺžku trvania jednotlivých úkonov. Každý prípad je individuálny a z toho dôvodu zákonodarca upravil legislatívne povinnosť správneho orgánu skúmať po celý čas zaistenia štátneho príslušníka tretej krajiny, či trvá účel zaistenia. Krajský súd v Bratislave ako súd vecne a mieste príslušný na konanie preskúmal rozhodnutie odporcu v rozsahu dôvodov podaného opravného prostriedku navrhovateľa ako aj konanie, ktoré vydaniu rozhodnutia predchádzalo na nariadenom pojednávaní konanom dňa 8.7.2016,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Na územie Slovenskej republiky vstúpil neoprávnene. Zdržiaval sa na území Slovenskej republiky bez víza alebo povolenia na pobyt. V zápisnici o podaní vyjadrenia zo dňa 11.05.2016 navrhovateľ uviedol, že v Maďarsku požiadal o udelenie azylu a bol umiestnený v pobytovom tábore. Taktiež uviedol, že na území Slovenskej republiky nežiada o azyl. Navrhovateľ na otázku, či má finančné prostriedky na vycestovanie z územia Slovenskej republiky uviedol, že nemá. Na otázku, či má zabezpečené ubytovanie na území Slovenskej republiky uviedol, že nie. Pobyt navrhovateľa v Maďarsku je na základe podanej žiadosti o azyl, a preto bolo povinnosťou navrhovateľa zdržiavať sa v Maďarsku až do právoplatného rozhodnutia o žiadosti o azyl. Navrhovateľ počas konania o udelení azylu nie je oprávnený pohybovať sa v iných krajinách Únie. K námietke, že odporca nedostatočne odôvodnil v rozhodnutí značné riziko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17.06.2016 na čas nevyhnutne potrebný, najviac do 12.11.2016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navrhovateľa ide o zaistenie najdlhšie na 5 mesiacov, a nie o maximálnu dĺžku.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V danom prípade súd postupoval podľa ustanovenia § 492 ods. 1 zákona č. 162/2015 Z.z. podľa ktorého konania podľa tretej hlavy piatej časti Občianskeho súdneho poriadku začaté predo dňom nadobudnutia účinnosti tohto zákona sa dokončia podľa doterajších predpisov. Súd poznamenáva, že predmetná vec bola podľa platného Rozvrhu práce na rok 2016 zapísaná do súdneho registra 4Sp, v ktorom je zákonným sudcom JUDr. Ľubomír Šramko. Nakoľko zákonný sudca v období od 27.6.2016 do 29.7.2016 čerpá dovolenku, vec prejednala a rozhodla podľa Rozvrhu práce na rok 2016 zastupujúca sudkyňa JUDr. Beáta Jurgošová.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