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7Sa/1/2016 z 11. 8. 2016</w:t>
      </w:r>
    </w:p>
    <w:p>
      <w:r>
        <w:t>Uznesenie Krajského súdu Bratislava z 11. augusta 2016, sp. zn. 7Sa/1/2016, ECLI:SK:KSBA:2016:1016201273.1</w:t>
      </w:r>
    </w:p>
    <w:p>
      <w:r>
        <w:t>Súd: Krajský súd Bratislava</w:t>
      </w:r>
    </w:p>
    <w:p>
      <w:r>
        <w:t>Spisová značka: 7Sa/1/2016</w:t>
      </w:r>
    </w:p>
    <w:p>
      <w:r>
        <w:t>ECLI: ECLI:SK:KSBA:2016:1016201273.1</w:t>
      </w:r>
    </w:p>
    <w:p>
      <w:r>
        <w:t>Dátum vydania: 11.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7Sa/1/2016 Identifikačné číslo súdneho spisu: 1016201273 Dátum vydania rozhodnutia: 12. 08. 2016 Meno a priezvisko sudcu, VSÚ: JUDr. Beata Jurgošová ECLI: ECLI:SK:KSBA:2016:1016201273.1 Uznesenie Krajský súd v Bratislave v právnej veci navrhovateľky: O. S., nar. XX.XX.XXXX, bytom G. X, XXX XX Ž., zastúpená: JUDr. Ildikó Osvaldová, so sídlom Ľ. Štúra 19, 934 01 Levice, proti odporkyni: Sociálna poisťovňa - ústredie, Ul. 29. augusta 8, 813 63 Bratislava, o starobný dôchodok, takto r o z h o d o l : Krajský súd v Bratislave p o s t u p u j e vec miestne príslušnému Krajskému súdu v Nitre. o d ô v o d n e n i e : Dňa 30.06.2016 podala navrhovateľka návrh na preskúmanie rozhodnutia odporkyne č. XXX XXX XXXX X zo dňa 23.05.2016, ktorý bol dňa 01.07.2016 doručený Krajskému súdu v Bratislave. Podľa ust. § 492 ods. 1 SSP konania podľa tretej hlavy piatej časti Občianskeho súdneho poriadku začaté predo dňom nadobudnutia účinnosti tohto zákona sa dokončia podľa doterajších predpisov. Podľa ust. § 11 ods. 1 O.s.p.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navrhovateľky vecne a miestne príslušný Krajský súd v Nitre, súd rozhodol tak ako je uvedené vo výrokovej časti tohto uznesenia. Po právoplatnosti uznesenia bude spis zaslaný miestne príslušnému Krajskému súdu v Nitre, ktorý vec prejedná a rozhodne v merite veci. Poučenie: Proti tomuto uzneseniu odvolanie nie je prípustné.</w:t>
      </w:r>
    </w:p>
    <w:p/>
    <w:p>
      <w:r>
        <w:t>Zdroj: KAUZIS.SK – https://www.kauzis.sk/judikatura/r/ECLI:SK:KSBA:2016:1016201273.1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