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7Sa/2/2016 z 27. 9. 2016</w:t>
      </w:r>
    </w:p>
    <w:p>
      <w:r>
        <w:t>Uznesenie Krajského súdu Bratislava z 27. septembra 2016, sp. zn. 7Sa/2/2016, ECLI:SK:KSBA:2016:1016201276.1</w:t>
      </w:r>
    </w:p>
    <w:p>
      <w:r>
        <w:t>Súd: Krajský súd Bratislava</w:t>
      </w:r>
    </w:p>
    <w:p>
      <w:r>
        <w:t>Spisová značka: 7Sa/2/2016</w:t>
      </w:r>
    </w:p>
    <w:p>
      <w:r>
        <w:t>ECLI: ECLI:SK:KSBA:2016:1016201276.1</w:t>
      </w:r>
    </w:p>
    <w:p>
      <w:r>
        <w:t>Dátum vydania: 27.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7Sa/2/2016 Identifikačné číslo súdneho spisu: 1016201276 Dátum vydania rozhodnutia: 28. 09. 2016 Meno a priezvisko sudcu, VSÚ: JUDr. Beata Jurgošová ECLI: ECLI:SK:KSBA:2016:1016201276.1 Uznesenie L. súd v R. v právnej veci žalobcu: C. R., bytom M. XXXXX/X, R. proti žalovanej: Sociálna poisťovňa ústredie, so sídlom ulica 29. augusta 8-10, Bratislava, v konaní o opravnom prostriedku žalobcu zo dňa 12.2.2016 voči rozhodnutiu žalovanej č.: XXX XXX XXXX X zo dňa 8.1.2016, takto r o z h o d o l : Krajský súd v Bratislave konanie z a s t a v u j e . Krajský súd v Bratislave vec p o s t u p u j e generálnemu riaditeľovi Sociálnej poisťovne. Žiaden z účastníkov konania nemá právo náhradu trov konania. o d ô v o d n e n i e : Dňa 4.7.2016 bolo Krajskému súdu v Bratislave (ďalej len „správny súd“) žalovanou s poukazom na § 219 zák. č. 461/2003 Z.z. o sociálnom poistení (ďalej len „zákon o sociálnom poistení“) doručené na ďalšie konanie odvolanie žalobcu zo dňa 12.2.2016 voči prvostupňovému neprávoplatnému rozhodnutiu žalovanej č. XXX XXX XXXX X zo dňa 8.1.2016 vo veci žiadosti o invalidný dôchodok. Odvolanie bolo žalovanej doručené 16.2.2016, žalovaná ho doručovala správnemu súdu listom z 30.6.2016. Na správnom súde je vec evidovaná pod sp. zn. 7Sa/2/2016. Ako to je zrejmé z vyššie uvedeného, odvolanie žalobcu voči napadnutému neprávoplatnému rozhodnutiu žalovanej bolo správnemu súdu žalovanou doručené 4.7.2016, teda za účinnosti zák. č. 162/2015 Z.z. Správny súdny poriadok (ďalej len „SSP“) a zák. č. 125/2016 Z.z. o niektorých opatreniach súvisiacich s prijatím Civilného sporového poriadku, Civilného mimosporového poriadku a Správneho súdneho poriadku a o zmene a doplnení niektorých zákonov. Podľa § 6 ods. 1 SSP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492 ods. 1 SSP konania podľa tretej hlavy piatej časti Občianskeho súdneho poriadku začaté predo dňom nadobudnutia účinnosti tohto zákona sa dokončia podľa doterajších predpisov. Podľa § 31 ods. 1 SSP konanie sa začína doručením návrhu súdu. § 219 ods. 1 zákona o sociálnom poistení, podľa ktorého proti rozhodnutiu ústredia podľa § 179 ods. 1 písm. a) prvého bodu až tretieho bodu možno podať opravný prostriedok, o ktorom rozhoduje súd podľa osobitného predpisu bol s účinnosťou od 1.7.2016 zrušený Článkom LXXXIII zák. č.125/2016 Z.z. (zmena zákona o sociálnom poistení). Podľa § 2 ods. 2 zák. č. 125/2016 Z.z. o niektorých opatreniach súvisiacich s prijatím Civilného sporového poriadku, Civilného mimosporového poriadku a Správneho súdneho poriadku a o zmene a doplnení niektorých zákonov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2016. Podľa § 215 ods. 4 zákona o sociálnom poistení o odvolaní proti rozhodnutiu ústredia rozhoduje generálny riaditeľ. Podľa § 18 ods. 1 SSP ak správny súd zistí, že vec nepatrí do právomoci súdov, konanie zastaví; ak možno zistiť iný orgán, do ktorého právomoci vec patrí, správny súd mu vec po zastavení konania uznesením postúpi. S poukazom na citovaný § 6 SSP správne súdy v správnom súdnictve preskúmavajú na základe žalôb zákonnosť právoplatných rozhodnutí tam uvedených správnych orgánov, pričom správny súd od 1.7.2016 už nemôže rozhodovať podľa Tretej hlavy Piatej časti zák. č 99/1963 Zb. Občianskeho súdneho poriadku (ďalej len „O.s.p.) a preskúmavať neprávoplatné rozhodnutia správnych orgánov vo veciach, ktoré boli (na súde) začaté po 30.6.2016. Ako to vyplýva z vyššie uvedeného, voči rozhodnutiu žalovanej č.: XXX XXX XXXX X zo dňa 8.1.2016 podal žalobca odvolanie zo dňa 12.2.2016, doručené žalovanej 16.2.2016, teda za účinnosti zák. č. 461/2003 Z.z. o sociálnom poistení, včítane v tom čase účinného § 219 tohto zákona, resp. za účinnosti O.s.p.. Dňom 1.7.2016 však účinnosťou SSP a zák. č. 125/2016 Z.z. (včítane jeho Článku LXXXIII) došlo k zmene režimu preskúmavania neprávoplatných rozhodnutí žalovanej tak, že počnúc 1.7.2016 správne súdy nepreskúmavajú neprávoplatné rozhodnutia žalovanej (okrem prípadov, uvedených v § 492 ods. 1 SSP). Pritom rozhodovacia právomoc generálneho riaditeľa s poukazom na § 215 ods. 4 zákona o sociálnom poistení ostala zachovaná. S poukazom na uvedené, tiež s poukazom na § 2 ods. 2 zák. č. 125/2016 Z.z. je zjavné, že pokiaľ bolo správnemu súdu po 30.6.2016 doručené odvolanie (opravný prostriedok) žalobcu podané voči neprávoplatnému rozhodnutiu žalovanej vydanému pred 1.7.2016, tak správny súd nemá právomoc rozhodovať v takejto veci - takáto právomoc prináleží generálnemu riaditeľovi Sociálnej poisťovne (§ 215 ods. 4 zákona o sociálnom poistení). Pretože správny súd zistil, že predmetná vec nepatrí do jeho právomoci s poukazom na § 18 ods. 1 SSP konanie o nej zastavil. Pretože správny súd zistil, že rozhodnutie o podanom opravnom prostriedku žalobcu voči neprávoplatnému rozhodnutiu žalovanej patrí do právomoci generálneho riaditeľa Sociálnej poisťovne (§ 215 ods. 4 zákona o sociálnom poistení), správny súd mu vec postúpil (§ 18 ods. 1 SSP). O trovách konania súd rozhodol s poukazom na § 170 písm. b) SSP. Poučenie: Proti tomuto uzneseniu kasačná sťažnosť nie je prípustná (§ 439 od. 2 písm. d) SSP).</w:t>
      </w:r>
    </w:p>
    <w:p/>
    <w:p>
      <w:r>
        <w:t>Zdroj: KAUZIS.SK – https://www.kauzis.sk/judikatura/r/ECLI:SK:KSBA:2016:1016201276.1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