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5Sa/2/2016 z 9. 8. 2016</w:t>
      </w:r>
    </w:p>
    <w:p>
      <w:r>
        <w:t>Uznesenie Krajského súdu Bratislava z 9. augusta 2016, sp. zn. 5Sa/2/2016, ECLI:SK:KSBA:2016:1016201282.1</w:t>
      </w:r>
    </w:p>
    <w:p>
      <w:r>
        <w:t>Súd: Krajský súd Bratislava</w:t>
      </w:r>
    </w:p>
    <w:p>
      <w:r>
        <w:t>Spisová značka: 5Sa/2/2016</w:t>
      </w:r>
    </w:p>
    <w:p>
      <w:r>
        <w:t>ECLI: ECLI:SK:KSBA:2016:1016201282.1</w:t>
      </w:r>
    </w:p>
    <w:p>
      <w:r>
        <w:t>Dátum vydania: 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5Sa/2/2016 Identifikačné číslo súdneho spisu: 1016201282 Dátum vydania rozhodnutia: 10. 08. 2016 Meno a priezvisko sudcu, VSÚ: JUDr. Peter Pospech ECLI: ECLI:SK:KSBA:2016:1016201282.1 Uznesenie Krajský súd v Bratislave v právnej veci žalobkyne: A. D., nar. XX.XX.XXXX, bytom K. XXX, XXX XX D. nad B., proti žalovanej: Sociálna poisťovňa - ústredie, Ul. 29. augusta 8, 813 63 Bratislava, o invalidný dôchodok, takto r o z h o d o l : Krajský súd v Bratislave p o s t u p u j e vec miestne príslušnému Krajskému súdu v Nitre. o d ô v o d n e n i e : Dňa 11.07.2016 bol konajúcemu Krajskému súdu v Bratislave doručený návrh na preskúmanie rozhodnutia žalovanej č. XXX XXX XXXX X. zo dňa 26.05.2016 o zamietnutí žiadosti o invalidný dôchodok zo dňa 27.04.2016. Z obsahu spisu vyplýva, že žalobkyňa má trvalý pobyt na adrese K. XXX, XXX XX D. nad B.. Podľa ust. § 9 ods. 1 SSP konanie sa uskutočňuje na tom správnom súde, ktorý je vecne, miestne a kauzálne príslušný. Príslušnosť sa určuje podľa okolností existujúcich v čase začatia konania a trvá až do jeho skončenia.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ust. § 18 ods. 2 prvá veta SSP ak správny súd zistí, že nie je vecne, miestne alebo kauzálne príslušný, postúpi vec uznesením príslušnému správnemu súdu. Vzhľadom k tomu, že na predmetné konanie je podľa trvalého pobytu žalobkyne vecne a miestne príslušný Krajský súd v Nitre, súd rozhodol tak ako je uvedené vo výrokovej časti tohto uznesenia. Po právoplatnosti uznesenia bude spis zaslaný miestne príslušnému Krajskému súdu v Nitre, ktorý vec prejedná a rozhodne v merite veci. Poučenie: Proti tomuto uzneseniu nie je možné podať opravný prostriedok.</w:t>
      </w:r>
    </w:p>
    <w:p/>
    <w:p>
      <w:r>
        <w:t>Zdroj: KAUZIS.SK – https://www.kauzis.sk/judikatura/r/ECLI:SK:KSBA:2016:1016201282.1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