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5Sa/15/2016 z 11. 9. 2016</w:t>
      </w:r>
    </w:p>
    <w:p>
      <w:r>
        <w:t>Uznesenie Krajského súdu Bratislava z 11. septembra 2016, sp. zn. 5Sa/15/2016, ECLI:SK:KSBA:2016:1016201328.1</w:t>
      </w:r>
    </w:p>
    <w:p>
      <w:r>
        <w:t>Súd: Krajský súd Bratislava</w:t>
      </w:r>
    </w:p>
    <w:p>
      <w:r>
        <w:t>Spisová značka: 5Sa/15/2016</w:t>
      </w:r>
    </w:p>
    <w:p>
      <w:r>
        <w:t>ECLI: ECLI:SK:KSBA:2016:1016201328.1</w:t>
      </w:r>
    </w:p>
    <w:p>
      <w:r>
        <w:t>Dátum vydania: 11.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5Sa/15/2016 Identifikačné číslo súdneho spisu: 1016201328 Dátum vydania rozhodnutia: 12. 09. 2016 Meno a priezvisko sudcu, VSÚ: JUDr. Peter Pospech ECLI: ECLI:SK:KSBA:2016:1016201328.1 Uznesenie Krajský súd v Bratislave v právnej veci navrhovateľky: G. Š., Q.. XX.XX.XXXX, U. J. XXX/XX, T., XXX XX R., proti odporkyni: Sociálna poisťovňa - ústredie, so sídlom Ul. 29. augusta 8 - 10, 813 63 Bratislava, o predčasný starobný dôchodok, takto r o z h o d o l : Súd konanie z a s t a v u j e . Žiaden z účastníkov nemá právo na náhradu trov konania. o d ô v o d n e n i e : Navrhovateľka podala opravný prostriedok proti rozhodnutiu odporkyne č. XXX XXX XXXX X zo dňa 11.01.2012, ktorým bola zamietnutá žiadosť o predčasný starobný dôchodok z dôvodu, že suma predčasného starobného dôchodku určená k 20.01.2011 nie je vyššia ako 1,2 násobok sumy životného minima pre jednu plnoletú fyzickú osobu. V opravnom prostriedku navrhovateľka namietala nepriznanie predčasného starobného dôchodku, nakoľko uvedené rozhodnutie vychádzalo z nesprávneho osobného listu, čo malo vplyv aj na výpočet priemerného osobného bodu a celého dôchodku. Odporkyňa opätovne posúdila nárok navrhovateľky a novým rozhodnutím č. XXX XXX XXXX X zo dňa 13.02.2012 jej bol priznaný predčasný starobný dôchodok v sume 246,80 Eur mesačne s odôvodnením, že po dodatočnom započítaní vymeriavacích základov za obdobie od 01.09.1981 do 30.06.1985 suma predčasného starobného dôchodku je vyššia ako 1,2 násobok životného minima pre jednu plnoletú fyzickú osobu. Podľa § 492 ods. 1 S.s.p. konania podľa tretej hlavy piatej časti Občianskeho súdneho poriadku začaté predo dňom nadobudnutia účinnosti tohto zákona sa dokončia podľa doterajších predpisov. Podľa § 250o O.s.p. ak správny orgán, ktorého rozhodnutie súd preskúmava, vydá nové rozhodnutie, ktorým návrhu celkom vyhovie, súd uznesením konanie zastaví. Pretože rozhodnutím odporkyne č. XXX XXX XXXX X zo dňa 13.02.2012 bolo v rámci autoremedúry celkom vyhovené odvolaniu navrhovateľky, súd v zmysle § 250o O.s.p. konanie zastavil. O trovách konania súd rozhodol podľa § 146 ods. 1 písm. c/ O.s.p. /§ 250l ods. 2, § 246c O.s.p./.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https://www.kauzis.sk/judikatura/r/ECLI:SK:KSBA:2016:1016201328.1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