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6S/174/2016 z 13. 9. 2016</w:t>
      </w:r>
    </w:p>
    <w:p>
      <w:r>
        <w:t>Uznesenie Krajského súdu Bratislava z 13. septembra 2016, sp. zn. 6S/174/2016, ECLI:SK:KSBA:2016:1016201352.1</w:t>
      </w:r>
    </w:p>
    <w:p>
      <w:r>
        <w:t>Súd: Krajský súd Bratislava</w:t>
      </w:r>
    </w:p>
    <w:p>
      <w:r>
        <w:t>Spisová značka: 6S/174/2016</w:t>
      </w:r>
    </w:p>
    <w:p>
      <w:r>
        <w:t>ECLI: ECLI:SK:KSBA:2016:1016201352.1</w:t>
      </w:r>
    </w:p>
    <w:p>
      <w:r>
        <w:t>Dátum vydania: 13.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6S/174/2016 Identifikačné číslo súdneho spisu: 1016201352 Dátum vydania rozhodnutia: 14. 09. 2016 Meno a priezvisko sudcu, VSÚ: JUDr. Vlastimil Pavlikovský ECLI: ECLI:SK:KSBA:2016:1016201352.1 Uznesenie Krajský súd v Bratislave v právnej veci žalobcu: JURKI-HAYTON s.r.o., so sídlom Prístavná 2, 821 09 Bratislava, právne zastúpený: JUDr. Marta Michalková, advokát so sídlom Župné námestie 3, 811 03 Bratislava, proti žalovanému: Slovenská obchodná inšpekcia, Ústredný inšpektorát Slovenskej obchodnej inšpekcie so sídlom v Bratislave, so Prievozská 32, 827 99 Bratislava, v konaní o preskúmanie zákonnosti rozhodnutia žalovaného č. SK/0005/99/2016 zo dňa 20.05.2016, takto r o z h o d o l : Krajský súd v Bratislave p o s t u p u j e vec Krajskému súdu v Žiline. o d ô v o d n e n i e : 1. Žalobou doručenou Krajskému súdu v Bratislave dňa 22.07.2016 sa žalobca domáhal preskúmania zákonnosti rozhodnutia žalovaného č. SK/0005/99/2016 zo dňa 20.05.2016, ktorým žalovaný odvolanie žalobcu ako účastníka správneho konania zamietol a rozhodnutie Inšpektorátu Slovenskej obchodnej inšpekcie so sídlom v Žiline pre Žilinský kraj č. F/0276/05/2015 zo dňa 29.10.2015, o uložení peňažnej pokuty vo výške 2.500,- € pre porušenie § 6 ods. 2 a 3 zákona č. 377/2004 Z.z. o ochrane nefajčiarov, potvrdil. 2. Dňa 01.07.2016 nadobudli účinnosť tri procesné kódexy - Civilný sporový poriadok (zákon č. 160/2015 Z. z.), Civilný mimosporový poriadok (zákon č. 161/2015 Z. z.) a Správny súdny poriadok? (zákon č. 162/2015 Z. z.), ktoré nahradili doteraz platný Občiansky súdny poriadok (zákon č. 99/1963 Zb.). V správnom súdnictve správny súd postupuje v zmysle Správneho súdneho poriadku. 3. Podľa § 13 ods. 1 SSP, miestne príslušným je krajský súd, v ktorého obvode má sídlo orgán verejnej správy, ktorý rozhodol v prvom stupni, ak tento zákon neustanovuje inak. 4. Podľa § 13 ods. 2 SSP, ak nemožno určiť miestnu príslušnosť podľa odseku 1, je miestne príslušným krajský súd, v ktorého obvode ma sídlo žalovaný správny orgán. 5. Z podanej žaloby je zrejmé, že prvostupňovým správnym orgánom v tejto veci je Inšpektorát Slovenskej obchodnej inšpekcie so sídlom v Žiline pre Žilinský kraj a z toho titulu podľa § 13 ods. 1 SSP je miestne príslušným na konanie v tejto veci Krajský súd v Žiline. 6. Nakoľko v uvedenej veci bolo zistené, že Krajský súd v Bratislave nie je miestne príslušným na konanie v predmetnej veci, vec bude po právoplatnosti tohto uznesenia postúpená Krajskému súdu v Žiline. Poučenie: Proti tomuto uzneseniu nie je prípustná kasačná sťažnosť (§ 439 ods. 2 písm. d) SSP)</w:t>
      </w:r>
    </w:p>
    <w:p/>
    <w:p>
      <w:r>
        <w:t>Zdroj: KAUZIS.SK – https://www.kauzis.sk/judikatura/r/ECLI:SK:KSBA:2016:1016201352.1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