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7Sa/19/2016 z 21. 8. 2016</w:t>
      </w:r>
    </w:p>
    <w:p>
      <w:r>
        <w:t>Uznesenie Krajského súdu Bratislava z 21. augusta 2016, sp. zn. 7Sa/19/2016, ECLI:SK:KSBA:2016:1016201355.1</w:t>
      </w:r>
    </w:p>
    <w:p>
      <w:r>
        <w:t>Súd: Krajský súd Bratislava</w:t>
      </w:r>
    </w:p>
    <w:p>
      <w:r>
        <w:t>Spisová značka: 7Sa/19/2016</w:t>
      </w:r>
    </w:p>
    <w:p>
      <w:r>
        <w:t>ECLI: ECLI:SK:KSBA:2016:1016201355.1</w:t>
      </w:r>
    </w:p>
    <w:p>
      <w:r>
        <w:t>Dátum vydania: 21.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7Sa/19/2016 Identifikačné číslo súdneho spisu: 1016201355 Dátum vydania rozhodnutia: 22. 08. 2016 Meno a priezvisko sudcu, VSÚ: JUDr. Beata Jurgošová ECLI: ECLI:SK:KSBA:2016:1016201355.1 Uznesenie Krajský súd v Bratislave v právnej veci žalobcu: R.. H. J., nar. XX.XX.XXXX, bytom W. Y. XX, X., zastúpený: JUDr. Marián Ďurina, advokát, so sídlom Sibírska 4, Bratislava, proti žalovanému: Ministerstvo obrany Slovenskej republiky, Kutuzovova 8, Bratislava, o preskúmanie rozhodnutia žalovaného č.: SEĽUZ-4-40-2/2016-OdSP zo dňa 24.06.2016, takto r o z h o d o l : Krajský súd v Bratislave p o s t u p u j e vec miestne príslušnému Krajskému súdu v Košiciach. o d ô v o d n e n i e : Dňa 22.07.2016 bol konajúcemu Krajskému súdu v Bratislave doručený návrh na preskúmanie rozhodnutia žalovaného č.: SEĽUZ-4-40-2/2016-OdSP zo dňa 24.06.2016. Z obsahu spisu vyplýva, že žalobca má trvalé bydlisko na adrese W. Y. XX, XXX XX X.. Podľa ust. § 9 ods. 1 SSP konanie sa uskutočňuje na tom správnom súde, ktorý je vecne, miestne a kauzálne príslušný. Príslušnosť sa určuje podľa okolností existujúcich v čase začatia konania a trvá až do jeho skončenia.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g/ SSP sociálnymi vecami sa na účely tohto zákona rozumie rozhodovanie Ministerstva obrany Slovenskej republiky, ministra obrany Slovenskej republiky a nadriadeného určeného podľa osobitného predpisu. Podľa ust. § 18 ods. 2 prvá veta SSP ak správny súd zistí, že nie je vecne, miestne alebo kauzálne príslušný, postúpi vec uznesením príslušnému správnemu súdu. Vzhľadom k tomu, že žalobca má trvalé bydlisko v Košiciach, nie je daná miestna príslušnosť Krajského súdu v Bratislave a správny súd rozhodol, že na konanie o tejto žalobe je miestne príslušný Krajský súd v Košiciach. Po právoplatnosti uznesenia bude spis zaslaný miestne príslušnému Krajskému súdu v Košiciach na ďalšie konanie. Poučenie: Proti tomuto uzneseniu kasačná sťažnosť nie je prípustná. ( § 439 ods. 2 písm. a) SSP)</w:t>
      </w:r>
    </w:p>
    <w:p/>
    <w:p>
      <w:r>
        <w:t>Zdroj: KAUZIS.SK – https://www.kauzis.sk/judikatura/r/ECLI:SK:KSBA:2016:1016201355.1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