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5Sa/20/2016 z 22. 9. 2016</w:t>
      </w:r>
    </w:p>
    <w:p>
      <w:r>
        <w:t>Uznesenie Krajského súdu Bratislava z 22. septembra 2016, sp. zn. 5Sa/20/2016, ECLI:SK:KSBA:2016:1016201358.1</w:t>
      </w:r>
    </w:p>
    <w:p>
      <w:r>
        <w:t>Súd: Krajský súd Bratislava</w:t>
      </w:r>
    </w:p>
    <w:p>
      <w:r>
        <w:t>Spisová značka: 5Sa/20/2016</w:t>
      </w:r>
    </w:p>
    <w:p>
      <w:r>
        <w:t>ECLI: ECLI:SK:KSBA:2016:1016201358.1</w:t>
      </w:r>
    </w:p>
    <w:p>
      <w:r>
        <w:t>Dátum vydania: 22.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5Sa/20/2016 Identifikačné číslo súdneho spisu: 1016201358 Dátum vydania rozhodnutia: 23. 09. 2016 Meno a priezvisko sudcu, VSÚ: JUDr. Peter Pospech ECLI: ECLI:SK:KSBA:2016:1016201358.1 Uznesenie Krajský súd v Bratislave v právnej veci žalobcu: J. B., K. B. U. XX/XX, XXX XX Q., právne zastúpený Mgr. Jarmilou Karak Vargovovu, advokátka, Brečtanová 21, 831 01 Bratislava, proti žalovanej: Sociálna poisťovňa, ústredie, so sídlom Ul. 29. augusta 8, 813 63 Bratislava, o invalidný dôchodok, takto r o z h o d o l : Krajský súd v Bratislave konanie z a s t a v u j e. Po právoplatnosti tohto uznesenia vec postupuje generálnemu riaditeľovi Sociálnej poisťovne ako orgánu príslušnému na jej prejednanie a rozhodnutie. Žiaden z účastníkov konania nemá právo na náhradu trov konania. o d ô v o d n e n i e : Dňa 25.07.2016 bol súdu doručený návrh na preskúmanie rozhodnutia žalovanej číslo XXX XXX XXXX X zo dňa 24.06.2016, ktorým bola žalobcovi zamietnutá žiadosť o invalidný dôchodok pretože nesplnil podmienku potrebného počtu rokov obdobia dôchodkového poistenia na vznik nároku na invalidný dôchodok. Podľa § 6 ods. 2 písm. c) zákona č. 162/2015 Z.z. Správny súdny poriadok (ďalej len „SSP“) správne súdy rozhodujú v konaniach o správnych žalobách v sociálnych veciach. Podľa § 18 SSP ak správny súd zistí, že vec nepatrí do právomoci súdov, konanie zastaví; ak možno zistiť iný orgán, do ktorého právomoci vec patrí, správny súd mu vec po zastavení konania uznesením postúpi. Podľa § 97 SSP ak tento zákon neustanovuje inak, správny súd kedykoľvek počas konania prihliada na to, či sú splnené podmienky, za ktorých môže správny súd konať a rozhodnúť (ďalej len "procesné podmienky"). Podľa 293dp ods. 2 zákona č. 461/2003 Z.z. o sociálnom poistení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Podľa § 215 ods. 4 zákona č. 461/2003 Z.z. o odvolaní proti rozhodnutiu ústredia rozhoduje generálny riaditeľ. Vzhľadom na vyššie uvedené, krajský súd s účinnosťou od 01.07.2016 nepreskúmava napadnuté neprávoplatné rozhodnutie Sociálnej poisťovne, ústredie, a preto s poukazom na citované zákonné ustanovenia konanie zastavil a vec po právoplatnosti uznesenia postúpi generálnemu riaditeľovi Sociálnej poisťovne ako orgánu príslušnému na jej prejednanie a rozhodnutie. O trovách konania súd rozhodol podľa § 170 písm. b) SSP tak, že žiaden z účastníkov konania nemá právo na náhradu trov konania, ak konanie bolo zastavené. Poučenie: Proti tomuto uzneseniu nie je prípustná kasačná sťažnosť [§439 ods. 2 písm. d)].</w:t>
      </w:r>
    </w:p>
    <w:p/>
    <w:p>
      <w:r>
        <w:t>Zdroj: KAUZIS.SK – https://www.kauzis.sk/judikatura/r/ECLI:SK:KSBA:2016:1016201358.1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