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7Sa/20/2016 z 28. 9. 2016</w:t>
      </w:r>
    </w:p>
    <w:p>
      <w:r>
        <w:t>Uznesenie Krajského súdu Bratislava z 28. septembra 2016, sp. zn. 7Sa/20/2016, ECLI:SK:KSBA:2016:1016201360.1</w:t>
      </w:r>
    </w:p>
    <w:p>
      <w:r>
        <w:t>Súd: Krajský súd Bratislava</w:t>
      </w:r>
    </w:p>
    <w:p>
      <w:r>
        <w:t>Spisová značka: 7Sa/20/2016</w:t>
      </w:r>
    </w:p>
    <w:p>
      <w:r>
        <w:t>ECLI: ECLI:SK:KSBA:2016:1016201360.1</w:t>
      </w:r>
    </w:p>
    <w:p>
      <w:r>
        <w:t>Dátum vydania: 28.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7Sa/20/2016 Identifikačné číslo súdneho spisu: 1016201360 Dátum vydania rozhodnutia: 29. 09. 2016 Meno a priezvisko sudcu, VSÚ: JUDr. Beata Jurgošová ECLI: ECLI:SK:KSBA:2016:1016201360.1 Uznesenie Krajský súd v Bratislave v právnej veci žalobcu: U. I., bytom U. XX/XA, V. proti žalovanej: Sociálna poisťovňa ústredie, so sídlom ulica 29. augusta 8-10, Bratislava, v konaní o opravnom prostriedku žalobcu zo dňa 15.6.2016 voči rozhodnutiu žalovanej č.: XXX XXX XXXX X zo dňa 30.5.2016,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25.7.2016 bolo Krajskému súdu v Bratislave (ďalej len „správny súd“) žalovanou s poukazom na § 219 zák. č. 461/2003 Z.z. o sociálnom poistení (ďalej len „zákon o sociálnom poistení“) doručené na ďalšie konanie odvolanie žalobcu zo dňa 15.6.2016 voči prvostupňovému neprávoplatnému rozhodnutiu žalovanej č. XXX XXX XXXX X zo dňa 30.5.2016 vo veci žiadosti o invalidný dôchodok. Odvolanie bolo žalovanej doručené 13.5.2016, žalovaná ho doručovala správnemu súdu listom z 21.7.2016. Na správnom súde je vec evidovaná pod sp. zn. 7Sa/20/2016. Ako to je zrejmé z vyššie uvedeného, odvolanie žalobcu voči napadnutému neprávoplatnému rozhodnutiu žalovanej bolo správnemu súdu žalovanou doručené 25.7.2016,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0 zo dňa 30.5.2016 podal žalobca odvolanie zo dňa 15.6.2016, doručené žalovanej 16.6.2016,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30.6.2016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https://www.kauzis.sk/judikatura/r/ECLI:SK:KSBA:2016:1016201360.1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