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5Sa/23/2016 z 13. 11. 2016</w:t>
      </w:r>
    </w:p>
    <w:p>
      <w:r>
        <w:t>Uznesenie Krajského súdu Bratislava z 13. novembra 2016, sp. zn. 5Sa/23/2016, ECLI:SK:KSBA:2016:1016201442.1</w:t>
      </w:r>
    </w:p>
    <w:p>
      <w:r>
        <w:t>Súd: Krajský súd Bratislava</w:t>
      </w:r>
    </w:p>
    <w:p>
      <w:r>
        <w:t>Spisová značka: 5Sa/23/2016</w:t>
      </w:r>
    </w:p>
    <w:p>
      <w:r>
        <w:t>ECLI: ECLI:SK:KSBA:2016:1016201442.1</w:t>
      </w:r>
    </w:p>
    <w:p>
      <w:r>
        <w:t>Dátum vydania: 13.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5Sa/23/2016 Identifikačné číslo súdneho spisu: 1016201442 Dátum vydania rozhodnutia: 14. 11. 2016 Meno a priezvisko sudcu, VSÚ: JUDr. Ľubomír Šramko ECLI: ECLI:SK:KSBA:2016:1016201442.1 Uznesenie E. súd N. C. N. S.N. N. Ž.: Mgr. Márie Kovárovej, bytom R. X, C., proti žalovanej: Sociálna poisťovňa - ústredie so sídlom ulica 29. augusta 8-10, Bratislava v konaní o opravnom prostriedku žalobkyne zo dňa 24.6.2016 voči neprávoplatnému rozhodnutiu žalovanej č.: XXX XXX XXXX 0 zo dňa 3.6.2016 takto r o z h o d o l : Krajský súd v Bratislave konanie z a s t a v u j e . Krajský súd v Bratislave vec p o s t u p u j e generálnemu riaditeľovi Sociálnej poisťovne. Žiaden z účastníkov konania nemá právo náhradu trov konania o d ô v o d n e n i e : 1. Dňa 4.8.2016 bolo Krajskému súdu v Bratislave (ďalej len „správny súd“) Sociálnou poisťovňou, pobočkou Bratislava s príslušným spisom doručené na ďalšie konanie odvolanie žalobkyne datované 24.6.2016 voči prvostupňovému neprávoplatnému rozhodnutiu žalovanej č.: XXX XXX XXXX 0 zo dňa 3.6.2016 vo veci priznania invalidného dôchodku. Odvolanie bolo Sociálnej poisťovni, pobočke Bratislava doručené 24.6.2016. Na správnom súde je vec evidovaná pod sp. zn. 5Sa/23/2016. 2. Ako to je zrejmé z vyššie uvedeného, odvolanie žalobkyne voči napadnutému neprávoplatnému rozhodnutiu žalovanej bolo správnemu súdu žalovanou doručené 4.8.2016,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3.6.2016 podala žalobkyňa odvolanie zo dňa 24.6.2016 doručené Sociálnej poisťovni, pobočke Bratislava 24.6.2016,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https://www.kauzis.sk/judikatura/r/ECLI:SK:KSBA:2016:1016201442.1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