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6S/167/2016 z 29. 11. 2016</w:t>
      </w:r>
    </w:p>
    <w:p>
      <w:r>
        <w:t>Uznesenie Krajského súdu Bratislava z 29. novembra 2016, sp. zn. 6S/167/2016, ECLI:SK:KSBA:2016:1016201449.1</w:t>
      </w:r>
    </w:p>
    <w:p>
      <w:r>
        <w:t>Súd: Krajský súd Bratislava</w:t>
      </w:r>
    </w:p>
    <w:p>
      <w:r>
        <w:t>Spisová značka: 6S/167/2016</w:t>
      </w:r>
    </w:p>
    <w:p>
      <w:r>
        <w:t>ECLI: ECLI:SK:KSBA:2016:1016201449.1</w:t>
      </w:r>
    </w:p>
    <w:p>
      <w:r>
        <w:t>Dátum vydania: 29. 11. 2016</w:t>
      </w:r>
    </w:p>
    <w:p>
      <w:r>
        <w:t>Forma: Uznesenie</w:t>
      </w:r>
    </w:p>
    <w:p>
      <w:pPr>
        <w:pStyle w:val="Heading2"/>
      </w:pPr>
      <w:r>
        <w:t>Text rozhodnutia</w:t>
      </w:r>
    </w:p>
    <w:p>
      <w:r>
        <w:t>Súd: Krajský súd Bratislava Spisová značka: 6S/167/2016 Identifikačné číslo súdneho spisu: 1016201449 Dátum vydania rozhodnutia: 30. 11. 2016 Meno a priezvisko sudcu, VSÚ: JUDr. Vlastimil Pavlikovský ECLI: ECLI:SK:KSBA:2016:1016201449.1 Uznesenie Krajský súd v Bratislave v právnej veci žalobcu: K. K., Ž. X, XXX XX D., proti žalovanému: Okresný úrad Bratislava, so sídlom Tomášikova 46, 832 05 Bratislava, o preskúmanie zákonnosti rozhodnutia žalovaného č. OU-BA-OOP2-2016/051431-002/JBI zo dňa 30.05.2016, jednohlasne, takto r o z h o d o l : Krajský súd v Bratislave žalobu o d m i e t a . Žiaden z účastníkov konania n e m á právo na náhradu trov konania. o d ô v o d n e n i e : Žalobou doručenou Krajskému súdu v Bratislave dňa 04.08.2015 sa žalobca domáhal preskúmania zákonnosti rozhodnutia žalovaného č. OU-BA-OOP2-2016/051431-002/JBI zo dňa 30.05.2016, ktorým žalovaný zamietol odvolanie žalobcu a potvrdil rozhodnutie Okresného úradu Bratislava, odbor cestnej dopravy a pozemných komunikácii, č. OU-BA-OCDPK1-2016/028052-1/JAS zo dňa 01.04.2016, ktorým správny orgán prvého stupňa zamietol žiadosť žalobcu vo veci schválenia jednotlivo dovezeného vozidla z tretieho štátu.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 1 písm. f) SSP, správny súd uznesením odmietne žalobu, ak žalobca nebol pri jej podaní zastúpený podľa § 49 ods. 1 alebo § 50. Nakoľko žalobca nemal právneho zástupcu už v čase podania žaloby, súd rozhodol v zmysle § 98 ods. 1 písm. f) SSP tak, že žalobu odmietol, nakoľko žalobca nepreukázal, že by bol v konaní zastúpený advokátom v zmysle § 49 ods. 1 SSP.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https://www.kauzis.sk/judikatura/r/ECLI:SK:KSBA:2016:1016201449.1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