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4Sa/30/2016 z 4. 10. 2016</w:t>
      </w:r>
    </w:p>
    <w:p>
      <w:r>
        <w:t>Uznesenie Krajského súdu Bratislava z 4. októbra 2016, sp. zn. 4Sa/30/2016, ECLI:SK:KSBA:2016:1016201510.1</w:t>
      </w:r>
    </w:p>
    <w:p>
      <w:r>
        <w:t>Súd: Krajský súd Bratislava</w:t>
      </w:r>
    </w:p>
    <w:p>
      <w:r>
        <w:t>Spisová značka: 4Sa/30/2016</w:t>
      </w:r>
    </w:p>
    <w:p>
      <w:r>
        <w:t>ECLI: ECLI:SK:KSBA:2016:1016201510.1</w:t>
      </w:r>
    </w:p>
    <w:p>
      <w:r>
        <w:t>Dátum vydania: 4.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4Sa/30/2016 Identifikačné číslo súdneho spisu: 1016201510 Dátum vydania rozhodnutia: 05. 10. 2016 Meno a priezvisko sudcu, VSÚ: JUDr. Ľubomír Šramko ECLI: ECLI:SK:KSBA:2016:1016201510.1 Uznesenie Krajský súd v Bratislave v právnej veci žalobcu.: T. P., bytom T. XX/XX, J. D., proti žalovanej: Sociálna poisťovňa - ústredie so sídlom ulica 29. augusta 8-10, Bratislava v konaní o opravnom prostriedku žalobcu zo dňa 13.6.2016 voči neprávoplatnému rozhodnutiu žalovanej č.: XXX XXX XXXX 0 zo dňa 17.5.2016 takto r o z h o d o l : Krajský súd v Bratislave konanie z a s t a v u j e . Krajský súd v Bratislave vec p o s t u p u j e generálnemu riaditeľovi Sociálnej poisťovne. Žiaden z účastníkov konania nemá právo náhradu trov konania. o d ô v o d n e n i e : Dňa 15.8.2016 bolo Krajskému súdu v Bratislave (ďalej len „správny súd“) žalovanou s poukazom na zák. č. 461/2003 Z.z. o sociálnom poistení (ďalej len „zákon o sociálnom poistení“) doručené na ďalšie konanie odvolanie žalobcu, datované 13.6.2016 voči prvostupňovému neprávoplatnému rozhodnutiu žalovanej č.: XXX XXX XXXX 0 zo dňa 17.5.2016 vo veci zamietnutia žiadosti o invalidný dôchodok. Odvolanie bolo žalovanej doručené 15.6.2016, žalovaná ho spolu so spisom podala na poštovú prepravu 11.8.2016. Na správnom súde je vec evidovaná pod sp. zn. 4Sa/30/2016. 2. Ako to je zrejmé z vyššie uvedeného, odvolanie žalobcu voči napadnutému neprávoplatnému rozhodnutiu žalovanej bolo správnemu súdu žalovanou doručené 15.8.2016,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3.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1SSP ak správny súd zistí, že vec nepatrí do právomoci súdov, konanie zastaví; ak možno zistiť iný orgán, do ktorého právomoci vec patrí, správny súd mu vec po zastavení konania uznesením postúpi. 4.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„O.s.p.“) a preskúmavať neprávoplatné rozhodnutia správnych orgánov vo veciach, ktoré boli (na súde) začaté po 30.6.2016. 5. Ako to vyplýva z vyššie uvedeného, voči neprávoplatnému rozhodnutiu žalovanej č.: XXX XXX XXXX 0 zo dňa 17.5.2016 podal žalobca odvolanie zo dňa 13.6.2016 doručené žalovanej 15.6.2016,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6. S poukazom na uvedené, tiež s poukazom na § 2 ods. 2 zák. č. 125/2016 Z.z. je zjavné, že pokiaľ bolo správnemu súdu po 1.7.2016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7. Pretože správny súd zistil, že predmetná vec nepatrí do jeho právomoci s poukazom na § 18 ods. 1 SSP konanie o nej zastavil. 8.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9.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https://www.kauzis.sk/judikatura/r/ECLI:SK:KSBA:2016:1016201510.1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