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5Sa/32/2016 z 16. 8. 2016</w:t>
      </w:r>
    </w:p>
    <w:p>
      <w:r>
        <w:t>Uznesenie Krajského súdu Bratislava z 16. augusta 2016, sp. zn. 5Sa/32/2016, ECLI:SK:KSBA:2016:1016201522.1</w:t>
      </w:r>
    </w:p>
    <w:p>
      <w:r>
        <w:t>Súd: Krajský súd Bratislava</w:t>
      </w:r>
    </w:p>
    <w:p>
      <w:r>
        <w:t>Spisová značka: 5Sa/32/2016</w:t>
      </w:r>
    </w:p>
    <w:p>
      <w:r>
        <w:t>ECLI: ECLI:SK:KSBA:2016:1016201522.1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5Sa/32/2016 Identifikačné číslo súdneho spisu: 1016201522 Dátum vydania rozhodnutia: 17. 08. 2016 Meno a priezvisko sudcu, VSÚ: JUDr. Peter Pospech ECLI: ECLI:SK:KSBA:2016:1016201522.1 Uznesenie Krajský súd v Bratislave v právnej veci žalobcu: L. F., O.. XX.XX.XXXX, Š. P. C., bez cestovného pasu, bez dokladu totožnosti, zastúpený JUDr. Jánom Falisom, advokátom, Lermontovova 14,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PPZ-HCP-BA6-251-011/2016- AV zo dňa 23.07.2016, takto r o z h o d o l : Krajský súd v Bratislave žalobu odmieta. Žiaden z účastníkov konania nemá právo na náhradu trov konania. o d ô v o d n e n i e : Žalovaný predložil Krajskému súdu v Bratislave dňa 16.08.2016 právnym zástupcom žalobcu podanú správnu žalobu zo dňa 04.08.2016 proti jeho rozhodnutiu PPZ-HCP-BA6-251-011/2016-AV zo dňa 23.07.2016, ktorým bol žalobca zaistený v súlade s § 88 ods. 1 písm. d) zákona č. 404/2011 Z.z. o pobyte cudzincov a to dňom 23.07.2016 a následne bol umiestnený v Útvare policajného zaistenia pre cudzincov Medveďov, pričom zároveň bola stanovená dĺžka doby zaistenia na čas nevyhnutne potrebný, najviac do 23.10.2016. Spolu so správnou žalobou žalovaný predložil svoje vyjadrenie k nej ako aj kompletný administratívny spis týkajúci sa danej veci. Žalovaný žiadal správnu žalobu žalobcu zamietnuť, nakoľko neobsahuje náležitosti správnej žaloby podľa § 212 zákona č. 162/2015 Z.z. Správny súdny poriadok (ďalej len „SSP“) a rozhodnutie o zaistení potvrdiť. Podľa § 221 ods. 1 SSP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225 ods. 1 SSP správna žaloba podľa § 221 ods. 1 musí byť podaná v lehote siedmich dní od doručenia rozhodnutia o zaistení, rozhodnutia o predĺžení zaistenia alebo rozhodnutia o predĺžení lehoty zaistenia. Podľa § 98 ods. 1 písm. d) SSP správny súd uznesením odmietne žalobu, ak bola podaná oneskorene. Navrhovateľ bol v napadnutom rozhodnutí riadne poučený o tom, že správna žaloba sa podľa § 225 ods. 3 SSP podáva žalovanému, t. j. na Oddelenie cudzineckej polície Policajného zboru Bratislava, Hrobákova 44, Bratislava v lehote siedmych dní od doručenia rozhodnutia. Z obsahu spisu súd zistil, že napadnuté rozhodnutie bolo navrhovateľovi doručené dňa 23.07.2016. Posledným dňom lehoty na podanie správnej žaloby v zmysle § 69 ods. 5 SSP bol deň 01.08.2016. Správnu žalobu podal žalobca prostredníctvom právneho zástupcu na pošte dňa 08.08.2016, ktorá bola doručená žalovanému dňa 10.08.2016, teda po lehote stanovenej zákonom. Z uvedených dôvodov súd rozhodol tak, ako je uvedené vo výrokovej časti tohto uznesenia a žalobu odmietol ako oneskorene podanú. O trovách konania súd rozhodol podľa § 170 písm. a) SSP tak, že žiaden z účastníkov konania nemá právo na náhradu trov konania, ak bola žaloba odmietnutá. Poučenie: Proti tomuto uzneseniu možno podať kasačnú sťažnosť v lehote siedmych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