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5Sa/35/2016 z 18. 8. 2016</w:t>
      </w:r>
    </w:p>
    <w:p>
      <w:r>
        <w:t>Uznesenie Krajského súdu Bratislava z 18. augusta 2016, sp. zn. 5Sa/35/2016, ECLI:SK:KSBA:2016:1016201546.1</w:t>
      </w:r>
    </w:p>
    <w:p>
      <w:r>
        <w:t>Súd: Krajský súd Bratislava</w:t>
      </w:r>
    </w:p>
    <w:p>
      <w:r>
        <w:t>Spisová značka: 5Sa/35/2016</w:t>
      </w:r>
    </w:p>
    <w:p>
      <w:r>
        <w:t>ECLI: ECLI:SK:KSBA:2016:1016201546.1</w:t>
      </w:r>
    </w:p>
    <w:p>
      <w:r>
        <w:t>Dátum vydania: 18.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5Sa/35/2016 Identifikačné číslo súdneho spisu: 1016201546 Dátum vydania rozhodnutia: 19. 08. 2016 Meno a priezvisko sudcu, VSÚ: JUDr. Peter Pospech ECLI: ECLI:SK:KSBA:2016:1016201546.1 Uznesenie Krajský súd v Bratislave v právnej veci navrhovateľky: L. F., C. XX, XXX XX R.,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15.5.2016 žiadala preskúmať rozhodnutie odporkyne číslo XXXXXX/XXXX zo dňa 7.4.2016, ktorým odporkyňa odňala navrhovateľke invalidný dôchodok. V lekárskej správe zo dňa 11.8.2016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https://www.kauzis.sk/judikatura/r/ECLI:SK:KSBA:2016:1016201546.1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