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2S/179/2016 z 18. 10. 2016</w:t>
      </w:r>
    </w:p>
    <w:p>
      <w:r>
        <w:t>Uznesenie Krajského súdu Bratislava z 18. októbra 2016, sp. zn. 2S/179/2016, ECLI:SK:KSBA:2016:1016201573.2</w:t>
      </w:r>
    </w:p>
    <w:p>
      <w:r>
        <w:t>Súd: Krajský súd Bratislava</w:t>
      </w:r>
    </w:p>
    <w:p>
      <w:r>
        <w:t>Spisová značka: 2S/179/2016</w:t>
      </w:r>
    </w:p>
    <w:p>
      <w:r>
        <w:t>ECLI: ECLI:SK:KSBA:2016:1016201573.2</w:t>
      </w:r>
    </w:p>
    <w:p>
      <w:r>
        <w:t>Dátum vydania: 18.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2S/179/2016 Identifikačné číslo súdneho spisu: 1016201573 Dátum vydania rozhodnutia: 19. 10. 2016 Meno a priezvisko sudcu, VSÚ: Mgr. Viliam Pohančeník ECLI: ECLI:SK:KSBA:2016:1016201573.2 Uznesenie Krajský súd v Bratislave v právnej veci žalobcu: B.. N. V., nar. 03.09.1979, D. E. D. X, R., zastúpený: Mgr. Vojtech Budaváry, advokát, Šafárikovo námestie 7, Bratislava, proti žalovanému: Centrum právnej pomoci, Kancelária Bratislava, Námestie slobody 12, Bratislava, o preskúmanie zákonnosti rozhodnutia žalovaného č. 11469/2016-KaBA zo dňa 18.08.2016, takto r o z h o d o l : Krajský súd v Bratislave konanie z a s t a v u j e . Žiaden z účastníkov nemá právo na náhradu trov konania. o d ô v o d n e n i e : Žalobou doručenou Krajskému súdu v Bratislave dňa 22.08.2016 sa žalobca domáhal preskúmania postupu a rozhodnutia žalovaného č. 11469/2016-KaBA zo dňa 18.08.2016 o odmietnutí opätovného priznania nároku na poskytnutie právnej pomoci žalobcovi v konaní pred súdom v právnej veci o ochranu osobnosti, náhradu nemajetkovej ujmy a ušlého zisku voči G. H.. 2. Uznesením Krajského súdu v Bratislave č. k. 2S/179/2016-12 zo dňa 30.08.2016 bola žalobcovi uložená povinnosť v lehote 15 dní odo dňa doručenia uznesenia doplniť žalobu o tieto náležitosti: označenie druhu žaloby; označenie žalovaného a jeho sídla; označenie napadnutého rozhodnutia a deň jeho vydania; deň oznámenia napadnutého rozhodnutia žalobcovi; opísanie rozhodujúcich skutočností, t.j. skutočností, o ktoré opiera svoju žalobu, prípadne aj s uvedením odkazov na právny predpis, na ktorý sa odvoláva a o vyjadrenie, či žiada nariadenie pojednávania. 3. Právny zástupca žalobcu podaním zo dňa 14.09.2016 reagoval na uznesenie zo dňa 30.08.2016 a uviedol, že v predmetnej veci vypracoval a podal na tunajšom súde v zákonom stanovenej lehote správnu žalobu o preskúmanie zákonnosti rozhodnutia žalovaného č. 11469/2016-KaBA zo dňa 18.08.2016. Zároveň žiadal, aby súd na žalobcove podanie (žalobu) zo dňa 22.08.2016 neprihliadal. 4. Podľa § 63 Správneho súdneho poriadku (ďalej aj len „S.s.p.“),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5. Podľa § 99 písm. a) S.s.p., správny súd konanie uznesením zastaví, ak žalobca vzal žalobu späť skôr, ako správny súd vo veci rozhodol. 6. Šetrením súdu bolo zistené, že v tej istej veci, teda medzi rovnakými účastníkmi a s totožným predmetom konania (preskúmanie zákonnosti rozhodnutia žalovaného č. 11469/2016-KaBA zo dňa 18.08.2016), prebieha na tunajšom súde ďalšie konanie vedené pod sp. zn. 1S/200/2016. Aj s ohľadom na skutočnosť, že žaloba vedená pod sp. zn. 1S/200/2016 obsahovala všetky náležitosti, ktoré absentovali v žalobe zo dňa 22.08.2016 vedenej pod sp. zn. 2S/179/2016, posúdil súd podanie žalobcu zo dňa 14.09.2016 ako späťvzatie žaloby pred rozhodnutím veci a v súlade s § 99 písm. a) S.s.p. konanie zastavil. 7. O náhrade trov konania správny súd rozhodol podľa § 170 písm. b) S.s.p. tak, že žiaden z účastníkov nemá právo na náhradu trov konania, nakoľko konanie bolo zastavené. 8. Toto rozhodnutie senát Krajského súdu v Bratislave prijal pomerom hlasov 3 : 0 (§ 3 ods. 9 zákona č. 757/2004 Z. z. v znení zákona č. 33/2011 Z. z.). Poučenie: Proti tomuto uzneseniu možno podať kasačnú sťažnosť v lehote jedného mesiaca od jeho doručenia, na Krajský súd v Bratislave. V kasačnej sťažnosti sa má popri všeobecných náležitostiach (§ 57 S.s.p.) uviesť označenie napadnutého rozhodnutia, údaj, kedy bolo napadnuté rozhodnutie doručené sťažovateľovi, opísanie rozhodujúcich skutočností, aby bolo zrejmé, v akom rozsahu a z akých dôvodov podľa § 440 S.s.p.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S.s.p.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https://www.kauzis.sk/judikatura/r/ECLI:SK:KSBA:2016:1016201573.2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