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7Sa/37/2016 z 11. 10. 2016</w:t>
      </w:r>
    </w:p>
    <w:p>
      <w:r>
        <w:t>Uznesenie Krajského súdu Bratislava z 11. októbra 2016, sp. zn. 7Sa/37/2016, ECLI:SK:KSBA:2016:1016201615.1</w:t>
      </w:r>
    </w:p>
    <w:p>
      <w:r>
        <w:t>Súd: Krajský súd Bratislava</w:t>
      </w:r>
    </w:p>
    <w:p>
      <w:r>
        <w:t>Spisová značka: 7Sa/37/2016</w:t>
      </w:r>
    </w:p>
    <w:p>
      <w:r>
        <w:t>ECLI: ECLI:SK:KSBA:2016:1016201615.1</w:t>
      </w:r>
    </w:p>
    <w:p>
      <w:r>
        <w:t>Dátum vydania: 11.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7Sa/37/2016 Identifikačné číslo súdneho spisu: 1016201615 Dátum vydania rozhodnutia: 12. 10. 2016 Meno a priezvisko sudcu, VSÚ: JUDr. Beata Jurgošová ECLI: ECLI:SK:KSBA:2016:1016201615.1 Uznesenie Krajský súd v Bratislave v právnej veci žalobcu: W. A., bytom P. XXX, XXXX L., E. D., proti žalovanej: Sociálna poisťovňa ústredie, so sídlom ulica 29. augusta 8-10, 813 63 Bratislava, v konaní o opravnom prostriedku žalobcu zo dňa 17.06.2016 voči rozhodnutiu žalovanej č.: XXX XXX XXXX X zo dňa 06.05.2016,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31.08.2016 bolo Krajskému súdu v Bratislave (ďalej len „správny súd“) žalovanou s poukazom na § 219 zák. č. 461/2003 Z.z. o sociálnom poistení (ďalej len „zákon o sociálnom poistení“) doručené na ďalšie konanie odvolanie žalobcu zo dňa 17.06.2016 voči prvostupňovému neprávoplatnému rozhodnutiu žalovanej č. XXX XXX XXXX X zo dňa 06.05.2016 vo veci priznania invalidného dôchodku. Odvolanie bolo žalovanej doručené 23.06.2016. Na správnom súde je vec evidovaná pod sp. zn. 7Sa/37/2016. Ako to je zrejmé z vyššie uvedeného, odvolanie žalobcu voči napadnutému neprávoplatnému rozhodnutiu žalovanej bolo správnemu súdu žalovanou doručené 31.08.2016,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01.07.2016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01.07.2016 už nemôže rozhodovať podľa Tretej hlavy Piatej časti zák. č 99/1963 Zb. Občianskeho súdneho poriadku (ďalej len „O.s.p.) a preskúmavať neprávoplatné rozhodnutia správnych orgánov vo veciach, ktoré boli (na súde) začaté po 30.06.2016. Ako to vyplýva z vyššie uvedeného, voči rozhodnutiu žalovanej č. XXX XXX XXXX X zo dňa 06.05.2016 podal žalobca odvolanie zo dňa 17.06.2016, doručené žalovanej 23.06.2016, teda za účinnosti zák. č. 461/2003 Z.z. o sociálnom poistení, včítane v tom čase účinného § 219 tohto zákona, resp. za účinnosti O.s.p.. Dňom 01.07.2016 však účinnosťou SSP a zák. č. 125/2016 Z.z. (včítane jeho Článku LXXXIII) došlo k zmene režimu preskúmavania neprávoplatných rozhodnutí žalovanej tak, že počnúc 01.07.2016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01.07.2016 doručené odvolanie (opravný prostriedok) žalobcu podané voči neprávoplatnému rozhodnutiu žalovanej vydanému pred 01.07.2016,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https://www.kauzis.sk/judikatura/r/ECLI:SK:KSBA:2016:1016201615.1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