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6S/188/2016 z 6. 12. 2016</w:t>
      </w:r>
    </w:p>
    <w:p>
      <w:r>
        <w:t>Uznesenie Krajského súdu Bratislava z 6. decembra 2016, sp. zn. 6S/188/2016, ECLI:SK:KSBA:2016:1016201624.1</w:t>
      </w:r>
    </w:p>
    <w:p>
      <w:r>
        <w:t>Súd: Krajský súd Bratislava</w:t>
      </w:r>
    </w:p>
    <w:p>
      <w:r>
        <w:t>Spisová značka: 6S/188/2016</w:t>
      </w:r>
    </w:p>
    <w:p>
      <w:r>
        <w:t>ECLI: ECLI:SK:KSBA:2016:1016201624.1</w:t>
      </w:r>
    </w:p>
    <w:p>
      <w:r>
        <w:t>Dátum vydania: 6. 12. 2016</w:t>
      </w:r>
    </w:p>
    <w:p>
      <w:r>
        <w:t>Forma: Uznesenie</w:t>
      </w:r>
    </w:p>
    <w:p>
      <w:pPr>
        <w:pStyle w:val="Heading2"/>
      </w:pPr>
      <w:r>
        <w:t>Text rozhodnutia</w:t>
      </w:r>
    </w:p>
    <w:p>
      <w:r>
        <w:t>Súd: Krajský súd Bratislava Spisová značka: 6S/188/2016 Identifikačné číslo súdneho spisu: 1016201624 Dátum vydania rozhodnutia: 07. 12. 2016 Meno a priezvisko sudcu, VSÚ: JUDr. Vlastimil Pavlikovský ECLI: ECLI:SK:KSBA:2016:1016201624.1 Uznesenie Krajský súd v Bratislave v právnej veci žalobcu: Ústav materiálového výskumu Slovenskej akadémie vied, Watsonova 47, 040 01 Košice - Sever, IČO: 00 166 804, právne zastúpený: Sýkora - advokátska kancelária, s r.o., Zoborská 13, 040 01 Košice, konajúca prostredníctvom advokáta a konateľa JUDr. Mateja Sýkoru, proti žalovanému: 1/ Ministerstvo školstva, vedy, výskumu a športu Slovenskej republiky, Stromová 1, 813 30 Bratislava, 2/ Výskumná agentúra, Hanulova 5/B, 841 01 Bratislava, o preskúmanie zákonnosti Správy o zistenej nezrovnalosti č. N21500104/S01 projektu 26220220105 zo dňa 01.07.2016 a Žiadosti o vrátenie finančných prostriedkov č. 26220220105/Z02 zo dňa 01.07.2016, jednohlasne, takto r o z h o d o l : Krajský súd v Bratislave žalobu o d m i e t a. Žiaden z účastníkov n e m á právo na náhradu trov konania. o d ô v o d n e n i e : 1. 1. Žalobou zo dňa 30.08.2016 doručenou Krajskému súdu v Bratislave dňa 02.09.2016 sa žalobca domáhal preskúmania zákonnosti a zrušenia správneho aktu Ministerstva školstva, vedy, výskumu a športu SR označeného ako VEC: Správa o zistenej nezrovnalosti a Žiadosť o vrátenie finančných prostriedkov projektu 26220220105 č. spisu P 1782/2016-073, č. záznamu: A 7447/2016-062, zo dňa 01.07.2016, Správa o zistenej nezrovnalosti N21500104/S01 zo dňa 01.07.2016 a Žiadosť o vrátenie finančných prostriedkov č. 26220220105/Z02 zo dňa 01.07.2016, ich vrátenia správnemu orgánu na ďalšie konanie a priznanie práva na náhradu trov konania v rozsahu 100%. Zároveň sa žalobca domáhal preskúmania zákonnosti a zrušenia správneho aktu Výskumnej agentúry označeného ako VEC: Správa o zistenej nezrovnalosti a Žiadosť o vrátenie finančných prostriedkov projektu 26220220105 č. spisu P 1782/2016-073, č. záznamu: A 7447/2016-062, zo dňa 01.07.2016, Správa o zistenej nezrovnalosti N21500104/S01 zo dňa 01.07.2016 a Žiadosť o vrátenie finančných prostriedkov č. 26220220105/Z02 zo dňa 01.07.2016, ich vrátenia správnemu orgánu na ďalšie konanie a priznanie práva na náhradu trov konania v rozsahu 100%. Spolu s podaním žaloby vo veci samej žiadal priznať odkladný účinok podanej žalobe. 2. Podanie žaloby žalobca odôvodnil tým, že dňa 20.09.2010 uzatvoril s Ministerstvom školstva, vedy, výskumu a športu SR, v zastúpení Výskumnou agentúrou Zmluvu o poskytnutí nenávratného finančného príspevku č. zmluvy: 119/2010/2.2/OPVaV (ďalej len Zmluva) a bol mu schválený nenávratný finančný príspevok vo výške XXX XXX €.. Jeho partner - Univerzita Pavla Jozefa Šafárika v Košiciach za účelom uskutočnenia dodávok tovaru v rámci realizácie dotknutého projektu vyhlásil verejné obstarávanie. Správnymi aktmi vyššie uvedenými, ktorých preskúmania zákonnosti sa touto žalobou domáha bol ukrátený na svojich právach, nakoľko mu ukladajú povinnosť vrátiť časť poskytnutého nenávratného finančného príspevku, čím neoprávnene zasiahli do jeho nadobudnutých práv. Napadnuté správne akty pokladá za nepreskúmateľné pre nezrozumiteľnosť a nedostatok dôvodov, vychádzajúce z nesprávneho právneho posúdenia veci a má za to, že v konaní pred orgánmi verejnej správy došlo k podstatnému porušeniu ustanovení o konaní, ktoré mohli mať za následok vydanie nezákonného rozhodnutia alebo opatrenia vo veci samej. 2. 3. Žalovaný v 1/ rade vo svojom písomnom vyjadrení zo dňa 26.10.2016 navrhol žalobu ako nedôvodnú odmietnuť. Uviedol, že on ako správny orgán bude konať až v správnom konaní pri rozhodovaní o vrátení poskytnutého príspevku podľa § 27a ods. 3 zákona č. 528/2008 Z. z. o pomoci a podpore poskytovanej z fondov Európskeho spoločenstva v znení neskorších predpisov (ďalej len zákon č. 528/2008 Z. z.), ktoré konanie sa však v tomto štádiu ešte nezačalo. Správa o zistenej nezrovnalosti a Žiadosť o vrátenie finančných prostriedkov (ďalej len Správa a Žiadosť) sú úkonmi predbežnej a procesnej povahy (ide o podkladové informácie majúce predbežnú povahu), nejde o konečné riešenie nezrovnalosti. 4.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ust. § 27a ods. 3 zák. č. 528/2008 Z. z. 5.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6. K žalobe sa vyjadril podaním z 24.10.2016 žalovaný 2/ Výskumná agentúra a navrhol ju odmietnuť, dôvodiac tým, že v danom prípade oba žalobou napadnuté správne akty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ods. 3, 5, 7 zákona č. 528/2008 Z. z., proti ktorému bude možné uplatniť riadny opravný prostriedok a prípadne ho podrobiť súdnemu prieskumu, čím sú žalobcovi poskytnuté dostatočné právne prostriedky na ochranu jeho práv a právom chránených záujmov. 7. Zároveň poukázal na skutočnosť, že žalobca sa v uzatvorenej Zmluve zaviazal, že strpí kontrolu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8. Uviedol, že on vystupuje ako sprostredkovateľský orgán a žalobcu iba vyzval na dobrovoľné vrátenie poskytnutého finančného príspevku, pričom nejde o individuálny správny akt orgánu verejnej moci v oblasti verejnej správy, ale o výkon práv a povinností vyplývajúcich z uzatvorenej Zmluvy. 9. V závere poukázal na odôvodnenie rozhodnutia Najvyššieho súdu Slovenskej republiky sp. zn. 4Sžf/56/2015 zo dňa 08.06.2016, v ktorom bola konštatovaná nepreskúmateľnosť Správy a Žiadosti v rámci správneho súdnictva. 3. 10. Krajský súd v Bratislave ako správny súd vecne a miestne príslušný na konanie vo veci (§ 10, § 11 ods. 1 SSP) preskúmal napadnuté správne akty v rozsahu dôvodov uvedených v žalobe. 11. Podľa § 2 ods. 1 SSP v správnom súdnictve poskytuje správny súd ochranu právam alebo právom chráneným záujmom fyzickej osoby a právnickej osoby v oblasti verejnej správy a rozhoduje v ďalších veciach ustanovených týmto zákonom. 12.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14. Podľa § 177 ods. 1 SSP správnou žalobou sa žalobca môže domáhať ochrany svojich subjektívnych práv proti rozhodnutiu orgánu verejnej správy alebo opatreniu orgánu verejnej správy. 15.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16. Podľa § 7 písm. e) SSP, správne súdy nepreskúmavajú rozhodnutia orgánov verejnej správy a opatrenia orgánov verejnej správy predbežnej, procesnej alebo poriadkovej povahy, ak nemohli mať za následok ujmu na subjektívnych právach účastníka konania. 17. Podľa § 97 SSP, ak tento zákon neustanovuje inak, správny súd kedykoľvek počas konania prihliada na to, či sú splnené podmienky, za ktorých môže správny súd konať a rozhodnúť (ďalej len "procesné podmienky"). 18. Podľa § 98 ods. 1 písm. g) SSP, správny súd uznesením odmietne žalobu, ak je neprípustná. 19. Podľa § 14 ods. 18 zákona č. 528/2008 Z. z. rozhodnutia vydané v konaní podľa tejto časti zákona nie sú preskúmateľné súdom.46a) 46a) § 248 písm. d) O.s.p. 20. Podľa § 27a ods. 1 zákona č. 528/2008 Z. z., ak riadiaci orgán zistí porušenie pravidiel a postupov verejného obstarávania, môže vyzvať prijímateľa na vrátenie poskytnutého príspevku alebo jeho časti na predmet zákazky. 21.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22.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23. Krajský súd v Bratislave z obsahu administratívneho spisu zistil, že dňa 20.10.2010 došlo k uzatvoreniu Zmluvy o nenávratnom finančnom príspevku medzi Ministerstvom školstva, vedy, výskumu a športu Slovenskej republiky a žalobcom na projekt s názvom „Progresívna technológia prípravy mikrokompozitívnych materiálov pre elektrotechniku“. Partner žalobcu v projekte - Univerzita Pavla Jozefa Šafárika v Košiciach vyhlásil verejné obstarávanie pri zadávaní danej zákazky. 24. Dňa 08.07.2016 bola žalobcovi doručená Správa o zistenej nezrovnalosti a Žiadosť o vrátenie finančných prostriedkov projektu 26220220105, ktoré sú predmetom súdneho prieskumu v zmysle podanej žaloby. Predtým ako súd podrobil prejednávanú vec meritórnemu prieskumu, zisťoval, či v danom prípade je vôbec daná právomoc súdu na konanie a rozhodovanie vo veci. 25.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26.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27. Súd má za to, že výsledné materiály z vykonanej kontroly (Správu o zistenej nezrovnalosti ) a postup pri ich vypracovaní nepodliehajú súdnemu prieskumu v rámci úpravy správneho súdnictva, keďže nie sú rozhodnutím správneho orgánu v zmysle SSP. Kontrola postupu zadávania zákazky predstavuje len jednu z dohľadových kompetencií žalovaného. 28.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29.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30.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31.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32.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v spojení s § 97 SSP a § 98 ods. 1 písm. g) SSP žalobu odmietol pre jej neprípustnosť. 33. Podľa § 170 písm. a) SSP, žiaden z účastníkov konania nemá právo na náhradu trov konania, ak žaloba bola odmietnutá. 34. O náhrade trov konania súd rozhodol podľa § 170 písm. a) SSP tak, že žiaden z účastníkov konania nemá právo na náhradu trov konania, nakoľko žaloba bola odmietnutá. 35. Toto rozhodnutie senát Krajského súdu v Bratislave prijal pomerom hlasov 3:0 (§ 3 ods. 9 zákona č. 757/2004 Z. z. v znení zákona č. 33/2011 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https://www.kauzis.sk/judikatura/r/ECLI:SK:KSBA:2016:1016201624.1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