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1S/190/2016 z 18. 9. 2016</w:t>
      </w:r>
    </w:p>
    <w:p>
      <w:r>
        <w:t>Uznesenie Krajského súdu Bratislava z 18. septembra 2016, sp. zn. 1S/190/2016, ECLI:SK:KSBA:2016:1016201635.1</w:t>
      </w:r>
    </w:p>
    <w:p>
      <w:r>
        <w:t>Súd: Krajský súd Bratislava</w:t>
      </w:r>
    </w:p>
    <w:p>
      <w:r>
        <w:t>Spisová značka: 1S/190/2016</w:t>
      </w:r>
    </w:p>
    <w:p>
      <w:r>
        <w:t>ECLI: ECLI:SK:KSBA:2016:1016201635.1</w:t>
      </w:r>
    </w:p>
    <w:p>
      <w:r>
        <w:t>Dátum vydania: 18.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1S/190/2016 Identifikačné číslo súdneho spisu: 1016201635 Dátum vydania rozhodnutia: 19. 09. 2016 Meno a priezvisko sudcu, VSÚ: JUDr. Monika Valašíková PhD. ECLI: ECLI:SK:KSBA:2016:1016201635.1 Uznesenie Krajský súd v Bratislave v právnej veci žalobcu: G. B., tohto času Ústav na výkon trestu odňatia slobody a Ústav na výkon väzby, so sídlom Gucmanova 19/670, 920 41 Leopoldov, proti žalovanému: Centrum právnej pomoci, kancelária Nitra, so sídlom Štefánikova trieda 88, 949 01 Nitra, v konaní o preskúmanie zákonnosti rozhodnutia žalovaného sp.zn. 10211/2016-KaNR, r.z. 52413/16 zo dňa 10.8.2016, takto r o z h o d o l : Krajský súd v Bratislave p o s t u p u j e vec Krajskému súdu v Nitre. o d ô v o d n e n i e : Žalobou doručenou Krajskému súdu v Bratislave dňa 5.9.2016 sa žalobca domáhal preskúmania zákonnosti rozhodnutia žalovaného sp.zn. 10211/2016-KaNR, r.z. 52413/16 zo dňa 10.8.2016, ktorým mu nebola priznaná právna pomoc v právnej veci o náhradu škody. Dňa 1.7.2016 nadobudli účinnosť tri procesné kódexy - Civilný sporový poriadok (zákon č. 160/2015 Z. z.), Civilný mimosporový poriadok (zákon č. 161/2015 Z. z.) a Správny súdny poriadok? (zákon č. 162/2015 Z. z.), ktoré nahradili doteraz platný Občiansky súdny poriadok (zákon č. 99/1963 Zb.). V správnom súdnictve správny súd postupuje v zmysle Správneho súdneho poriadku. Podľa súčasnej právnej úpravy - Správneho súdneho poriadku, správny súd vychádza z ustanovenia § 13 ods. 1 a 2 SSP. Podľa § 13 ods. 1 SSP, miestne príslušným je krajský súd, v ktorého obvode má sídlo orgán verejnej správy, ktorý rozhodol v prvom stupni, ak tento zákon neustanovuje inak. Podľa § 13 ods. 2 SSP, ak nemožno určiť miestnu príslušnosť podľa odseku 1, je miestne príslušným krajský súd, v ktorého obvode ma sídlo žalovaný správny orgán. Žalovaným je Centrum právnej pomoci, kancelária Nitra, a teda podľa nového SSP je miestne príslušným na rozhodovanie o podanej žalobe Krajský súd v Nitre z dôvodu, že sídlo žalovaného spadá pod obvod nitrianskeho kraja. Nakoľko v uvedenej veci bolo zistené, že Krajský súd v Bratislave nie je miestne príslušným na konanie v predmetnej veci, vec bude po právoplatnosti tohto uznesenia postúpená Krajskému súdu v Nitre. Poučenie: Proti tomuto uzneseniu nie je prípustná kasačná sťažnosť (§ 439 ods. 2 písm. d) SSP).</w:t>
      </w:r>
    </w:p>
    <w:p/>
    <w:p>
      <w:r>
        <w:t>Zdroj: KAUZIS.SK – https://www.kauzis.sk/judikatura/r/ECLI:SK:KSBA:2016:1016201635.1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