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5Sa/45/2016 z 6. 11. 2016</w:t>
      </w:r>
    </w:p>
    <w:p>
      <w:r>
        <w:t>Uznesenie Krajského súdu Bratislava z 6. novembra 2016, sp. zn. 5Sa/45/2016, ECLI:SK:KSBA:2016:1016201782.1</w:t>
      </w:r>
    </w:p>
    <w:p>
      <w:r>
        <w:t>Súd: Krajský súd Bratislava</w:t>
      </w:r>
    </w:p>
    <w:p>
      <w:r>
        <w:t>Spisová značka: 5Sa/45/2016</w:t>
      </w:r>
    </w:p>
    <w:p>
      <w:r>
        <w:t>ECLI: ECLI:SK:KSBA:2016:1016201782.1</w:t>
      </w:r>
    </w:p>
    <w:p>
      <w:r>
        <w:t>Dátum vydania: 6. 11. 2016</w:t>
      </w:r>
    </w:p>
    <w:p>
      <w:r>
        <w:t>Forma: Uznesenie</w:t>
      </w:r>
    </w:p>
    <w:p>
      <w:pPr>
        <w:pStyle w:val="Heading2"/>
      </w:pPr>
      <w:r>
        <w:t>Text rozhodnutia</w:t>
      </w:r>
    </w:p>
    <w:p>
      <w:r>
        <w:t>Súd: Krajský súd Bratislava Spisová značka: 5Sa/45/2016 Identifikačné číslo súdneho spisu: 1016201782 Dátum vydania rozhodnutia: 07. 11. 2016 Meno a priezvisko sudcu, VSÚ: JUDr. Eva Fulcová ECLI: ECLI:SK:KSBA:2016:1016201782.1 Uznesenie Krajský súd v Bratislave v právnej veci žalobkyne: S.. K. D., D. K. XX, D., proti žalovanej: Sociálna poisťovňa - ústredie, so sídlom ul. 29. augusta 8-10 Bratislava, v konaní o opravnom prostriedku žalobkyne zo dňa 22.6.2016 voči rozhodnutiu žalovanej č.: XXX XXX XXXX X zo dňa 17.5.2016 takto r o z h o d o l : Krajský súd v Bratislave konanie z a s t a v u j e . Žiaden z účastníkov konania nemá právo náhradu trov konania. o d ô v o d n e n i e : 1. Dňa 27.9.2016 bolo Krajskému súdu v Bratislave (ďalej len „správny súd“) žalovanou s poukazom na § 219 zák. č. 461/2003 Z.z. o sociálnom poistení (ďalej len „zákon o sociálnom poistení“) doručené odvolanie žalobkyne zo dňa 22.6.2016 voči prvostupňovému neprávoplatnému rozhodnutiu žalovanej č. XXX XXX XXXX X zo dňa 17.5.2016 vo veci žiadosti o invalidný dôchodok. Odvolanie bolo žalovanej doručené dňa 28.6.2016. 2. Žalovaná o predmetnom opravnom prostriedku - odvolaní rozhodla rozhodnutím č. XXX XXX XXXX X - X.. zo dňa 29.9.2016, ktorým vyhovela opravnému prostriedku žalobkyne, a súčasne zrušila rozhodnutie č. XXX XXX XXXX X zo dňa 17.5.2016 a vydala nové rozhodnutie o priznaní invalidného dôchodku č. XXX XXX XXXX X - I. zo dňa 29.9.2016. 3. Pred vydaním rozhodnutia č. XXX XXX XXXX X - I. zo dňa 29.9.2016 žalovaná opätovne posúdila zdravotný stav žalobkyne a vypracovala lekársku správu (zápisnicu) zo dňa 21.9.2016. V závere zápisnice je uvedené, že žalobkyňa súhlasí s lekárskym posúdením a určenou mierou poklesu vykonávať zárobkovú činnosť, ako aj s dátumom vzniku invalidity a opravný prostriedok zo dňa 22.6.2016 berie späť a žiada o zastavenie konania na príslušnom súde. Uvedené potvrdila vlastnoručným podpisom. 4. Na základe vyššie uvedených skutočností súd podľa § 99 písm. a) zák. č. 162/2015 Z.z. Správny súdny poriadok (ďalej ako „S.s.p.“) konanie zastavil. 5. O trovách konania súd rozhodol s poukazom na § 170 písm. b) S.s.p. Poučenie: Proti tomuto rozsudku možno podať kasačnú sťažnosť v lehote jedného mesiaca odo dňa jeho doručenia na Najvyšší súd Slovenskej republiky prostredníctvom Krajského súdu v Bratislave, písomne, v dvoch vyhotoveniach.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 440 ods. 1 S.s.p).</w:t>
      </w:r>
    </w:p>
    <w:p/>
    <w:p>
      <w:r>
        <w:t>Zdroj: KAUZIS.SK – https://www.kauzis.sk/judikatura/r/ECLI:SK:KSBA:2016:1016201782.1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