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1S/217/2016 z 11. 12. 2016</w:t>
      </w:r>
    </w:p>
    <w:p>
      <w:r>
        <w:t>Uznesenie Krajského súdu Bratislava z 11. decembra 2016, sp. zn. 1S/217/2016, ECLI:SK:KSBA:2016:1016201834.1</w:t>
      </w:r>
    </w:p>
    <w:p>
      <w:r>
        <w:t>Súd: Krajský súd Bratislava</w:t>
      </w:r>
    </w:p>
    <w:p>
      <w:r>
        <w:t>Spisová značka: 1S/217/2016</w:t>
      </w:r>
    </w:p>
    <w:p>
      <w:r>
        <w:t>ECLI: ECLI:SK:KSBA:2016:1016201834.1</w:t>
      </w:r>
    </w:p>
    <w:p>
      <w:r>
        <w:t>Dátum vydania: 11. 12. 2016</w:t>
      </w:r>
    </w:p>
    <w:p>
      <w:r>
        <w:t>Forma: Uznesenie</w:t>
      </w:r>
    </w:p>
    <w:p>
      <w:pPr>
        <w:pStyle w:val="Heading2"/>
      </w:pPr>
      <w:r>
        <w:t>Text rozhodnutia</w:t>
      </w:r>
    </w:p>
    <w:p>
      <w:r>
        <w:t>Súd: Krajský súd Bratislava Spisová značka: 1S/217/2016 Identifikačné číslo súdneho spisu: 1016201834 Dátum vydania rozhodnutia: 12. 12. 2016 Meno a priezvisko sudcu, VSÚ: JUDr. Monika Valašíková PhD. ECLI: ECLI:SK:KSBA:2016:1016201834.1 Uznesenie Krajský súd v Bratislave v právnej veci žalobcu: Vladimír Radosa OK RADOSA, Jilemnického 1268/40, 958 03 Partizánske, zast.: Mgr. René Nguyen, advokát, Jesenského 230/7, 958 01 Partizánske, proti žalovanému: Ministerstvo pôdohospodárstva a rozvoja vidieka Slovenskej republiky, Dobrovičova 12, 812 66 Bratislava, o odkladný účinok, takto r o z h o d o l : Krajský súd v Bratislave návrh žalobcu o odkladný účinok rozhodnutia žalovaného č. 2875/2016-510, č. záznamu 19687/2016 zo dňa 01.08.2016 v spojení s rozhodnutím Ústredného kontrolného a skúšobného ústavu poľnohospodárskeho v Bratislave č. ORP/1613/2016 zo dňa 18.03.2016 z a m i e t a. o d ô v o d n e n i e : 1. Žalobca sa žalobou doručenou tunajšiemu súdu dňa 05.10.2016 domáhal preskúmania zákonnosti rozhodnutia žalovaného č. 2875/2016-510, č. záznamu 19687/2016 zo dňa 01.08.2016 v spojení s rozhodnutím Ústredného kontrolného a skúšobného ústavu poľnohospodárskeho v Bratislave č. ORP/1613/2016 zo dňa 18.03.2016. 2. Žalobca zároveň požiadal súd o odkladný účinok vyššie uvedených rozhodnutí žalovaného nakoľko zaplatenie sankcie je pre žalobcu likvidačné.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https://www.kauzis.sk/judikatura/r/ECLI:SK:KSBA:2016:1016201834.1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