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4Sa/55/2016 z 7. 11. 2016</w:t>
      </w:r>
    </w:p>
    <w:p>
      <w:r>
        <w:t>Uznesenie Krajského súdu Bratislava z 7. novembra 2016, sp. zn. 4Sa/55/2016, ECLI:SK:KSBA:2016:1016201989.1</w:t>
      </w:r>
    </w:p>
    <w:p>
      <w:r>
        <w:t>Súd: Krajský súd Bratislava</w:t>
      </w:r>
    </w:p>
    <w:p>
      <w:r>
        <w:t>Spisová značka: 4Sa/55/2016</w:t>
      </w:r>
    </w:p>
    <w:p>
      <w:r>
        <w:t>ECLI: ECLI:SK:KSBA:2016:1016201989.1</w:t>
      </w:r>
    </w:p>
    <w:p>
      <w:r>
        <w:t>Dátum vydania: 7. 11. 2016</w:t>
      </w:r>
    </w:p>
    <w:p>
      <w:r>
        <w:t>Forma: Uznesenie</w:t>
      </w:r>
    </w:p>
    <w:p>
      <w:pPr>
        <w:pStyle w:val="Heading2"/>
      </w:pPr>
      <w:r>
        <w:t>Text rozhodnutia</w:t>
      </w:r>
    </w:p>
    <w:p>
      <w:r>
        <w:t>Súd: Krajský súd Bratislava Spisová značka: 4Sa/55/2016 Identifikačné číslo súdneho spisu: 1016201989 Dátum vydania rozhodnutia: 08. 11. 2016 Meno a priezvisko sudcu, VSÚ: JUDr. Ľubomír Šramko ECLI: ECLI:SK:KSBA:2016:1016201989.1 Uznesenie Krajský súd v Bratislave v právnej veci žalobkyne: C. Z., K. J. XX, G., proti žalovanému: Ústredie práce, sociálnych vecí a rodiny, odbor peňažných príspevkov na kompenzáciu ŤZP a posudkových činností so sídlom Špitálska 8, Bratislava v konaní o správnej žalobe žalobcu v sociálnych veciach zo dňa 13.9.2016 voči rozhodnutiu žalovaného UPS/US1/SSVOPPKPC2/SOC/2016/6066/JH zo dňa 11.8.2016 takto r o z h o d o l : Krajský súd v Bratislave p o s t u p u j e vec miestne príslušnému Krajskému súdu v Nitre. o d ô v o d n e n i e : 1. Dňa 3.11.2016 bola Krajskému súdu v Bratislave ako správnemu súdu (ďalej len „súd“) doručená správna žaloba žalobkyne v sociálnych (ďalej len „žaloba“) voči rozhodnutiu žalovaného UPS/US1/ SSVOPPKPC2/SOC/2016/6066/JH zo dňa 11.8.2016. Z obsahu žaloby, ako aj z pripojenej kópie napadnutého rozhodnutia je zrejmé, že žalobkyňa má trvalé bydlisko na adrese: J. XX, G. (U. C.).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Žalobkyňa má trvalé bydlisko na adrese: J. XX, G. (U. C.). S poukazom na vyššie citované zákonné ustanovenia súd dospel k presvedčeniu, že na konanie o tejto žalobe je miestne príslušný Krajský súd v Nitre. Preto súd rozhodol tak, ako to je uvedené vo výrokovej časti tohto uznesenia. 3. Po právoplatnosti tohto uznesenia bude spis zaslaný miestne príslušnému Krajskému súdu v Nitre na ďalšie konanie. Poučenie: Proti tomuto uzneseniu kasačná sťažnosť nie je prípustná.</w:t>
      </w:r>
    </w:p>
    <w:p/>
    <w:p>
      <w:r>
        <w:t>Zdroj: KAUZIS.SK – https://www.kauzis.sk/judikatura/r/ECLI:SK:KSBA:2016:1016201989.1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