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1S/255/2016 z 23. 11. 2016</w:t>
      </w:r>
    </w:p>
    <w:p>
      <w:r>
        <w:t>Uznesenie Krajského súdu Bratislava z 23. novembra 2016, sp. zn. 1S/255/2016, ECLI:SK:KSBA:2016:1016202494.1</w:t>
      </w:r>
    </w:p>
    <w:p>
      <w:r>
        <w:t>Súd: Krajský súd Bratislava</w:t>
      </w:r>
    </w:p>
    <w:p>
      <w:r>
        <w:t>Spisová značka: 1S/255/2016</w:t>
      </w:r>
    </w:p>
    <w:p>
      <w:r>
        <w:t>ECLI: ECLI:SK:KSBA:2016:1016202494.1</w:t>
      </w:r>
    </w:p>
    <w:p>
      <w:r>
        <w:t>Dátum vydania: 23.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1S/255/2016 Identifikačné číslo súdneho spisu: 1016202494 Dátum vydania rozhodnutia: 24. 11. 2016 Meno a priezvisko sudcu, VSÚ: JUDr. Monika Valašíková PhD. ECLI: ECLI:SK:KSBA:2016:1016202494.1 Uznesenie Krajský súd v Bratislave v právnej veci žalobcu: T. T., tohto času Ústav na výkon trestu odňatia slobody a Ústav na výkon väzby, so sídlom Mierové námestie 1, 019 17 Ilava, proti žalovanému: Generálne riaditeľstvo Zboru väzenskej a justičnej stráže, so sídlom Šagátova 1, 821 08 Bratislava, v konaní o preskúmanie zákonnosti rozhodnutia žalovaného č. GR ZVJS-3-28/16-2016 zo dňa 04.10.2016, takto r o z h o d o l : Krajský súd v Bratislave p o s t u p u j e vec Krajskému súdu v Trnave. o d ô v o d n e n i e : 1. Žalobou doručenou Krajskému súdu v Bratislave dňa 16.11.2016 sa žalobca domáhal preskúmania zákonnosti rozhodnutia žalovaného č. GR ZVJS-3-28/16-2016 zo dňa 04.10.2016, ktorým bolo zamietnuté žalobcovo odvolanie proti rozhodnutiu Ústavu na výkon trestu odňatia slobody a Ústavu na výkon väzby v Leopoldove č. ÚVTOSaÚVV-INF-71/11-2016 zo dňa 17.08.2016. 2. Dňa 01.07.2016 nadobudli účinnosť tri procesné kódexy - Civilný sporový poriadok (zákon č. 160/2015 Z.z.), Civilný mimosporový poriadok (zákon č. 161/2015 Z.z.) a Správny súdny poriadok? (zákon č. 162/2015 Z.z.), ktoré nahradili doteraz platný Občiansky súdny poriadok (zákon č. 99/1963 Zb.). V správnom súdnictve správny súd postupuje v zmysle Správneho súdneho poriadku. 3. V podanej žalobe žalobca uviedol ako žalovaného Zbor väzenskej a justičnej stráže, so sídlom Šagátova 1, 821 08 Bratislava, pričom v prvom stupni rozhodoval Ústav na výkon trestu odňatia slobody a Ústav na výkon väzby v Leopoldove. 4. Podľa § 97 Správneho súdneho poriadku (ďalej len „SSP“), ak tento zákon neustanovuje inak, správny súd kedykoľvek počas konania prihliadal na to, či sú splnené podmienky, za ktorých môže správny súd konať a rozhodnúť (ďalej len „procesné podmienky“). 5. Podľa § 10 SSP, na konanie a rozhodovanie v správnom súdnictve sú vecne príslušné krajské súdy, ak tento zákon neustanovuje inak.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veci správny súd po skúmaní procesných podmienok zistil, že nie je miestne príslušný na konanie o podanej žalobe. V prejednávanej veci rozhodoval v prvom stupni Ústav na výkon trestu odňatia slobody a Ústav na výkon väzby v Leopoldove, ktorý má sídlo v Leopoldove a teda miestne (aj vecne) príslušným je Krajský súd v Trnave, keďže v jeho obvode má sídlo orgán verejnej správy, ktorý vo veci rozhodoval na prvom stupni. 10. Nakoľko v uvedenej veci bolo zistené, že Krajský súd Bratislave nie je miestne príslušným na konanie v predmetnej veci, vec bude po právoplatnosti tohto uznesenia postúpená Krajskému súdu v Trnave. Poučenie: Proti tomuto uzneseniu nie je prípustná kasačná sťažnosť (§ 439 ods. 2 písm. d) SSP).</w:t>
      </w:r>
    </w:p>
    <w:p/>
    <w:p>
      <w:r>
        <w:t>Zdroj: KAUZIS.SK – https://www.kauzis.sk/judikatura/r/ECLI:SK:KSBA:2016:1016202494.1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