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1S/258/2016 z 30. 11. 2016</w:t>
      </w:r>
    </w:p>
    <w:p>
      <w:r>
        <w:t>Uznesenie Krajského súdu Bratislava z 30. novembra 2016, sp. zn. 1S/258/2016, ECLI:SK:KSBA:2016:1016202515.1</w:t>
      </w:r>
    </w:p>
    <w:p>
      <w:r>
        <w:t>Súd: Krajský súd Bratislava</w:t>
      </w:r>
    </w:p>
    <w:p>
      <w:r>
        <w:t>Spisová značka: 1S/258/2016</w:t>
      </w:r>
    </w:p>
    <w:p>
      <w:r>
        <w:t>ECLI: ECLI:SK:KSBA:2016:1016202515.1</w:t>
      </w:r>
    </w:p>
    <w:p>
      <w:r>
        <w:t>Dátum vydania: 30.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1S/258/2016 Identifikačné číslo súdneho spisu: 1016202515 Dátum vydania rozhodnutia: 01. 12. 2016 Meno a priezvisko sudcu, VSÚ: JUDr. Monika Valašíková PhD. ECLI: ECLI:SK:KSBA:2016:1016202515.1 Uznesenie Krajský súd v Bratislave v právnej veci žalobcu: A.. U. D., A.. X.. Š. XX, XXX XX B., proti žalovanému: Ústredie práce, sociálnych vecí a rodiny Bratislava, Špitálska 8, 812 67 Bratislava, o preskúmanie zákonnosti rozhodnutí žalovaného č. s.: UPS/US1/KGRAVSU/INF/2016/535, č.z.: 2016/127523 zo dňa 25.08.2016, č. s.: UPS/US1/KGRAVSU/INF/2016/535, č.z.: 2016/127557 zo dňa 25.08.2016, č. s.: UPS/US1/KGRAVSU/INF/2016/535, č.z.: 2016/127547 zo dňa 25.08.2016, č. s.: UPS/US1/KGRAVSU/INF/2016/535, č.z.: 2016/127546 zo dňa 25.08.2016, č. s.: UPS/US1/KGRAVSU/INF/2016/535, č.z.: 2016/127543 zo dňa 25.08.2016, č. s.: UPS/US1/KGRAVSU/INF/2016/535, č.z.: 2016/127555 zo dňa 25.08.2016, takto r o z h o d o l : Krajský súd v Bratislave p o s t u p u j e vec Krajskému súdu v Banskej Bystrici. o d ô v o d n e n i e : 1. Žalobou doručenou tunajšiemu súdu dňa 18.11.2016 sa žalobca domáhal preskúmania zákonnosti a zrušenia rozhodnutia žalovaného č.s.: UPS/US1/KGRAVSU/INF/2016/535, č.z.: 2016/127523 zo dňa 25.08.2016, ktorým bolo na odvolanie žalobcu potvrdené rozhodnutie Úradu práce, sociálnych vecí a rodiny Banská Bystrica č. BB1/KRIA/INF/2016/7 zo dňa 08.07.2016, rozhodnutia č.s.: UPS/US1/KGRAVSU/INF/2016/535, č.z.: 2016/127557 zo dňa 25.08.2016, ktorým bolo na odvolanie žalobcu potvrdené rozhodnutie Úradu práce, sociálnych vecí a rodiny Zvolen č. ZVl/R- UPSVR/INF/2016/62 zo dňa 04.07.2016, rozhodnutia č.s.: UPS/US1/KGRAVSU/INF/2016/535 č.z.: 2016/127547 zo dňa 25.08.2016, ktorým bolo na odvolanie žalobcu potvrdené rozhodnutie Úradu práce, sociálnych vecí a rodiny Brezno č. BR1/R/ INF/2016/2 zo dňa 07.07.2016, rozhodnutia č.s.: UPS/US1/KGRAVSU/INF/2016/535, č.z.: 2016/127546 zo dňa 25.08.2016, ktorým bolo na odvolanie žalobcu potvrdené rozhodnutie Úradu práce, sociálnych vecí a rodiny Lučenec č. LC/RK/ INF/2016/14 zo dňa 08.07.2016, rozhodnutia č.s.: UPS/US1/KGRAVSU/INF/2016/535, č.z.: 2016/127543 zo dňa 25.08.2016, ktorým bolo na odvolanie žalobcu potvrdené rozhodnutie Úradu práce, sociálnych vecí a rodiny Revúca č. RA1/RÚ/ INF/2016/51 zo dňa 11.07.2016, rozhodnutia č.s.: UPS/US1/KGRAVSU/INF/2016/535, č.z.: 2016/127555 zo dňa 25.08.2016, ktorým bolo na odvolanie žalobcu potvrdené rozhodnutie Úradu práce, sociálnych vecí a rodiny Veľký Krtíš č.s: VK1/ RÚ/INF/2016/26-3 zo dňa 14.07.2016. 2. Žalobca doručil dňa 01.07.2016 jednotlivým Úradom práce, sociálnych vecí a rodiny Zvolen, Veľký Krtíš, Rimavská Sobota, Revúca, Lučenec, Brezno, Banská Štiavnica, Banská Bystrica v pôsobnosti kraja Banská Bystrica žiadosť o poskytnutie informácie v zmysle ust. § 14 ods. 1 a 2 zákona č. 211/2000 Z.z. o slobodnom prístupe k informáciám (ďalej len ,,infozákon“), v ktorej žiadal o zaslanie informácií týkajúcich sa rozhodovania vo veci peňažných príspevkov na osobnú asistenciu o ktorých jednotlivé úrady rozhodovali v období od 01.01.2013 do 31.12.2015. Prvostupňové správne orgány žiadosti žalobcu čiastočne nevyhoveli a vydali rozhodnutia o čiastočnom zamietnutí žiadosti. Žalobca podal proti týmto prvostupňovým rozhodnutiam odvolanie, ktoré žalovaný napadnutými rozhodnutiami zamietol a prvostupňové rozhodnutia potvrdil. 3. Dňa 01.07.2016 nadobudli účinnosť tri procesné kódexy - Civilný sporový poriadok (zákon č. 160/2015 Z. z.), Civilný mimosporový poriadok (zákon č. 161/2015 Z. z.) a Správny súdny poriadok? (zákon č. 162/2015 Z. z.), ktoré nahradili doteraz platný Občiansky súdny poriadok (zákon č. 99/1963 Zb.). V správnom súdnictve správny súd postupuje v zmysle Správneho súdneho poriadku. 4. Podľa § 97 Správneho súdneho poriadku (ďalej len SSP), ak tento zákon neustanovuje inak, správny súd kedykoľvek počas konania prihliada na to, či sú splnené podmienky, za ktorých môže správny súd konať a rozhodnúť (ďalej len "procesné podmienky"). 5. Podľa § 10 SSP, na konanie a rozhodovanie v správnom súdnictve sú vecne príslušné krajské súdy, ak tento zákon neustanovuje inak. 6. Podľa § 13 ods. 1 SSP, miestne príslušným je krajský súd, v ktorého obvode má sídlo orgán verejnej správy, ktorý rozhodol v prvom stupni, ak tento zákon neustanovuje inak. 7. Podľa § 18 ods. 2 SSP, ak správny súd zistí, že nie je vecne, miestne alebo kauzálne príslušný, postúpi vec uznesením príslušnému správnemu súdu. Nižší správny súd je postúpením veci vyšším správnym súdom viazaný. 8. Podľa § 18 ods. 5 SSP, právne účinky spojené s podaním žaloby alebo iného podania zostávajú pri postúpení veci zachované. 9. V uvedenej právnej veci správny súd po skúmaní procesných podmienok zistil, že nie je miestne príslušný na konanie o podanej žalobe. V prejednávanej veci rozhodovali v prvom stupni Úrad práce, sociálnych vecí a rodiny Banská Bystrica, Úrad práce, sociálnych vecí a rodiny Zvolen, Úrad práce, sociálnych vecí a rodiny Brezno, Úrad práce, sociálnych vecí a rodiny Lučenec, Úrad práce, sociálnych vecí a rodiny Revúca, Úrad práce, sociálnych vecí a rodiny Veľký Krtíš, ktoré majú sídla v Banskobystrickom kraji a teda miestne (aj vecne) príslušným je Krajský súd v Banskej Bystrici, keďže v jeho obvode majú sídla orgány verejnej správy, ktoré vo veci rozhodovali v prvom stupni. 10. Nakoľko v uvedenej veci bolo zistené, že Krajský súd v Bratislave nie je miestne príslušným na konanie v predmetnej veci, vec bude po právoplatnosti tohto uznesenia postúpená Krajskému súdu v Banskej Bystrici. Poučenie: Proti tomuto uzneseniu nie je prípustná kasačná sťažnosť (§ 439 ods. 2 písm. d) SSP).</w:t>
      </w:r>
    </w:p>
    <w:p/>
    <w:p>
      <w:r>
        <w:t>Zdroj: KAUZIS.SK – https://www.kauzis.sk/judikatura/r/ECLI:SK:KSBA:2016:1016202515.1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