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6Sa/66/2016 z 1. 12. 2016</w:t>
      </w:r>
    </w:p>
    <w:p>
      <w:r>
        <w:t>Uznesenie Krajského súdu Bratislava z 1. decembra 2016, sp. zn. 6Sa/66/2016, ECLI:SK:KSBA:2016:1016202541.1</w:t>
      </w:r>
    </w:p>
    <w:p>
      <w:r>
        <w:t>Súd: Krajský súd Bratislava</w:t>
      </w:r>
    </w:p>
    <w:p>
      <w:r>
        <w:t>Spisová značka: 6Sa/66/2016</w:t>
      </w:r>
    </w:p>
    <w:p>
      <w:r>
        <w:t>ECLI: ECLI:SK:KSBA:2016:1016202541.1</w:t>
      </w:r>
    </w:p>
    <w:p>
      <w:r>
        <w:t>Dátum vydania: 1. 12. 2016</w:t>
      </w:r>
    </w:p>
    <w:p>
      <w:r>
        <w:t>Forma: Uznesenie</w:t>
      </w:r>
    </w:p>
    <w:p>
      <w:pPr>
        <w:pStyle w:val="Heading2"/>
      </w:pPr>
      <w:r>
        <w:t>Text rozhodnutia</w:t>
      </w:r>
    </w:p>
    <w:p>
      <w:r>
        <w:t>Súd: Krajský súd Bratislava Spisová značka: 6Sa/66/2016 Identifikačné číslo súdneho spisu: 1016202541 Dátum vydania rozhodnutia: 02. 12. 2016 Meno a priezvisko sudcu, VSÚ: JUDr. Milota Tóthová ECLI: ECLI:SK:KSBA:2016:1016202541.1 Uznesenie Krajský súd v Bratislave v právnej veci žalobcu: M. C., M.. XX.XX.XXXX, štátny príslušník A. D., bez cestovného dokladu, zastúpený Centrom právnej pomoci, kancelária Bratislava, Námestie slobody 12, Bratislava, proti žalovanému: Prezídium policajného zboru, Úrad hraničnej a cudzineckej polície, Riaditeľstvo hraničnej a cudzineckej polície Bratislava, Oddelenie cudzineckej polície Policajného zboru Bratislava, Hrobákova 44, Bratislava, o preskúmanie rozhodnutia žalovaného o predĺžení lehoty zaistenia číslo: PPZ-HCP-BA6-97-046/2016-AV zo dňa 10.10.2016, takto r o z h o d o l : Krajský súd v Bratislave žalobu o d m i e t a . Žiaden z účastníkov konania nemá právo na náhradu trov konania. o d ô v o d n e n i e : Žalovaný predložil Krajskému súdu v Bratislave dňa 23.11.2016 právnym zástupcom žalobcu podanú správnu žalobu zo dňa 11.11.2016 proti jeho rozhodnutiu číslo: PPZ-HCP-BA6-97-046/2016-AV zo dňa 10.10.2016. Napadnutým rozhodnutím bolo žalobcovi predĺžené zaistenie podľa § 88 ods. 4 zákona č. 404/2011 Z.z. o pobyte cudzincov, pričom bol ponechaný v zariadení Útvaru policajného zaistenia pre cudzincov Medveďov a súčasne stanovená dĺžka doby zaistenia na čas nevyhnutne potrebný, najviac však do 10.01.2017. Spolu so správnou žalobou žalovaný predložil svoje vyjadrenie k nej ako aj kompletný administratívny spis týkajúci sa danej veci a konštatoval, že správna žaloba bola podaná oneskorene. Podľa § 221 ods. 1 zákona č. 162/2015 Z.z. Správny súdny poriadok (ďalej len „SSP“) žalobca sa môže správnou žalobou domáhať zrušenia rozhodnutia o zaistení, o predĺžení zaistenia, o predĺžení lehoty zaistenia vydaného podľa osobitného predpisu alebo určenia takého rozhodnutia za nezákonné, ak bol žalobca zo zaistenia prepustený. Podľa § 225 ods. 1 SSP správna žaloba podľa § 221 ods. 1 musí byť podaná v lehote siedmich dní od doručenia rozhodnutia o zaistení, rozhodnutia o predĺžení zaistenia alebo rozhodnutia o predĺžení lehoty zaistenia. Podľa § 98 ods. 1 písm. d) SSP správny súd uznesením odmietne žalobu, ak bola podaná oneskorene. Podľa § 24 ods. 3 zákona č. 71/1967 Zb. o správnom konaní (správny poriadok) ak adresát bezdôvodne odoprel písomnosť prijať, je doručená dňom, keď sa jej prijatie odoprelo; na to musí doručovateľ adresáta upozorniť. Navrhovateľ bol v napadnutom rozhodnutí riadne poučený o tom, že správna žaloba sa podľa § 225 ods. 3 SSP podáva na Oddelenie cudzineckej polície Policajného zboru Bratislava, Hrobákova 44, Bratislava v lehote siedmych dní od doručenia rozhodnutia. Z obsahu spisu súd zistil, že rozhodnutie žalovaného o predĺžení lehoty zaistenia číslo: PPZ-HCP- BA6-97-046/2016-AV zo dňa 10.10.2016 žalobca dňa 10.10.2016 odmietol prevziať hoci bol poučený o následkoch odopretia písomnosti podľa § 24 ods. 3 správneho poriadku. Z uvedeného vyplýva, že napadnuté rozhodnutie bolo žalobcovi riadne doručené dňa 10.10.2016. Posledným dňom lehoty na podanie správnej žaloby bol deň 17.10.2016. Správnu žalobu podal žalobca prostredníctvom právneho zástupcu na pošte dňa 11.11.2016, ktorá bola doručená žalovanému dňa 15.11.2016, teda po lehote stanovenej zákonom. Z uvedených dôvodov súd rozhodol tak, ako je uvedené vo výrokovej časti tohto uznesenia a žalobu odmietol ako oneskorene podanú. O trovách konania súd rozhodol podľa § 170 písm. a) SSP tak, že žiaden z účastníkov konania nemá právo na náhradu trov konania, ak bola žaloba odmietnutá. Poučenie: Proti tomuto uzneseniu možno podať kasačnú sťažnosť v lehote siedmych dní od doručenia rozhodnutia, na Krajskom súde v Bratislave (§443 ods. 2 písm. b)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a návrh výroku rozhodnutia. Sťažnostné body možno meniť len do uplynutia lehoty na podanie kasačnej sťažnosti (§ 445 ods. 1, 2 SSP).</w:t>
      </w:r>
    </w:p>
    <w:p/>
    <w:p>
      <w:r>
        <w:t>Zdroj: KAUZIS.SK – https://www.kauzis.sk/judikatura/r/ECLI:SK:KSBA:2016:1016202541.1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