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11CoP/528/2016 z 6. 12. 2016</w:t>
      </w:r>
    </w:p>
    <w:p>
      <w:r>
        <w:t>Uznesenie Krajského súdu Bratislava z 6. decembra 2016, sp. zn. 11CoP/528/2016, ECLI:SK:KSBA:2016:1016202628.1</w:t>
      </w:r>
    </w:p>
    <w:p>
      <w:r>
        <w:t>Súd: Krajský súd Bratislava</w:t>
      </w:r>
    </w:p>
    <w:p>
      <w:r>
        <w:t>Spisová značka: 11CoP/528/2016</w:t>
      </w:r>
    </w:p>
    <w:p>
      <w:r>
        <w:t>ECLI: ECLI:SK:KSBA:2016:1016202628.1</w:t>
      </w:r>
    </w:p>
    <w:p>
      <w:r>
        <w:t>Dátum vydania: 6. 12. 2016</w:t>
      </w:r>
    </w:p>
    <w:p>
      <w:r>
        <w:t>Forma: Uznesenie</w:t>
      </w:r>
    </w:p>
    <w:p>
      <w:r>
        <w:t>Oblasť práva: Rodinné právo</w:t>
      </w:r>
    </w:p>
    <w:p>
      <w:pPr>
        <w:pStyle w:val="Heading2"/>
      </w:pPr>
      <w:r>
        <w:t>Text rozhodnutia</w:t>
      </w:r>
    </w:p>
    <w:p>
      <w:r>
        <w:t>Súd: Krajský súd Bratislava Spisová značka: 11CoP/528/2016 Identifikačné číslo súdneho spisu: 1016202628 Dátum vydania rozhodnutia: 07. 12. 2016 Meno a priezvisko sudcu, VSÚ: JUDr. Bianka Gelačíková ECLI: ECLI:SK:KSBA:2016:1016202628.1 Uznesenie Krajský súd v Bratislave v senáte zloženom z predsedníčky senátu JUDr. Bianky Gelačíkovej a členov senátu Mgr. Patrície Železníkovej a Mgr. Aleny Čakváriovej, vo veci prípustnosti prevzatia U. C., nar. XX.XX.XXXX, bytom U. XX D., do zdravotníckeho zariadenia Univerzitnej nemocnice s poliklinikou Bratislava, Pažitná 4, Bratislava, pracovisko Nemocnica Staré Mesto, Mickiewiczová 13, Bratislava, Psychiatrická klinika LFU a UNB na odvolanie umiestnenej proti uzneseniu Okresného súdu Bratislava I zo dňa 08.08.2016, č.k. 1Pu/145/2016-6, jednomyseľne (pomerom hlasov 3:0) takto r o z h o d o l : Odvolanie umiestnenej sa o d m i e t a. o d ô v o d n e n i e : 1. Okresný súd Bratislava I uznesením zo dňa 08.08.2016, č.k. 1Pu/145/2016-6 rozhodol, že prevzatie umiestnenej U. C., nar. XX.XX.XXXX, bytom U. XX, D. do zdravotníckeho zariadenia: Univerzitná nemocnica s poliklinikou Bratislava, Pažítková 4, Bratislava, pracovisko: Nemocnica Staré Mesto, Mickiewiczová 13, Bratislava, Psychiatrická klinika LFUK a UNB, ku ktorému došlo dňa 03.08.2016 je prípustné. 2. Svoje rozhodnutie odôvodnil ustanovením § 6 ods. 4, § 6 ods. 9 písm. d/, § 9 ods. 4 zák.č. 576/2004 Z.z. o zdravotnej starostlivosti, službách súvisiacich s poskytovaním zdravotnej starostlivosti a o zmene a doplnení niektorých zákonov, § 262 ods. 1, § 262 ods. 2 č. 161/2015 Z.z. Civilného mimosporového poriadku (ďalej len „C.m.p.“). Súd prvej inštancie dospel k záveru, že k nedobrovoľnému prevzatiu umiestnenej došlo z dôvodov priamo súvisiacich s aktuálne zhoršeným zdravotným stavom súvisiacich s jej duševnou poruchou - schizoafektívnou poruchou. Umiestnená ako dlhodobo psychiatricky liečená pacientka bola na hospitalizáciu doporučená svojim ambulantným psychiatrom pre zhoršenie jej stavu v zmysle manickej epizódy, čo vyvolávalo hrozbu vážneho zhoršenia zdravotného stavu umiestnenej. Podľa názoru súdu prvej inštancie umiestnená nepristupuje k svojmu stavu a potrebe jej liečenia a hospitalizácie dostatočne kriticky. 3. Proti tomuto uzneseniu podala odvolanie umiestnená. V odvolaní uviedla, že uznesením súdu bolo začaté konanie o vyslovenie prípustnosti prevzatia a držania v zdravotníckom zariadení, súd vykonal dokazovanie prostredníctvom výsluchu K.. I., pričom umiestnená bola doporučená svojim ambulantným psychiatrom K.. U. pre zhoršenie stavu v zmysle manickej epizódy, keď sa cítila dva týždne výrazne hyperaktívna, nesústredená, horšie sa začala stravovať a málo spala. Uvedené symptómy označené K.. I. a K.. U. nie sú pravdivé. Potvrdila, že po dlhodobej depresii bola trochu viac aktívna, s radosťou začala pracovať a venovať sa svojim koníčkom. Svoje chyby má v úmysle odstrániť a môže naďalej pravidelne navštevovať ambulantného lekára. Prehlásila, že nie je nebezpečná pre seba ani svoje okolie. 4. Odvolací súd vec prejednal bez nariadenia odvolacieho pojednávania podľa § 378 ods. 1, § 219 ods. 1 zák. č. 160/2015 Z.z. Civilný sporový poriadok (ďalej len „C.s.p.“) a dospel k záveru, že odvolanie umiestnenej je potrebné ako neprípustné odmietnuť. 5. Podľa ust. § 254 ods. 2 zákona č. 161/2015 Z.z. Civilný mimosporový poriadok (ďalej len „C.m.p.“), súd začne konanie bez návrhu na základe oznámenia zdravotníckeho zariadenia podľa § 253, ak sa konanie nezačalo už skôr na návrh. 6. Podľa ust. § 2 ods. 1 C.m.p., na konania podľa tohto zákona sa použijú ustanovenia zákona č. 160/2015 Z.z. Civilného sporového poriadku, ak tento zákon neustanovuje inak. 7. Podľa ust. § 386 písm. a/ C.s.p., odvolací súd odmietne odvolanie, ak bolo podané oneskorene. 8.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a či má všetky predpísané náležitosti. Ak odvolací súd zistí, že nie je splnená niektorá z podmienok odvolania, musí odvolanie odmietnuť bez ďalšieho vecného prejednania odvolania. 9. V danej veci bolo umiestnenou podané odvolanie proti uzneseniu súdu prvej inštancie o prípustnosti prevzatia a držania v zdravotníckom zariadení. Odvolací súd sa v prvom rade zaoberal včasnosťou podaného odvolania, keď z rozhodnutia súdu prvej inštancie vyplýva poučenie o možnosti podať odvolanie proti uzneseniu do 15 dní od jeho doručenia. Vychádzajúc z obsahu spisu predmetné uznesenie bolo umiestnenej doručené dňa 08.08.2016, ktorú skutočnosť potvrdila svojim podpisom na doručenke (por. č. l. 9 spisu). Lehota na podanie odvolania jej začala plynúť dňa 09.08.2016 (§ 121 ods. 2 C.s.p.) a uplynula dňa 23.08.2016, ktorý deň pripadol na pracovný deň (utorok). Odvolanie umiestnená podala osobne na Okresnom súde Bratislava I dňa 30.08.2016. 10. Tým, že umiestnená podala odvolanie po uplynutí zákonom stanovenej lehoty, odvolací súd jej odvolanie bez vecného preskúmania správnosti napadnutého uznesenia súdu prvej inštancie ako oneskorene podané podľa § 386 písm. a/ C.s.p. odmietol.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https://www.kauzis.sk/judikatura/r/ECLI:SK:KSBA:2016:1016202628.1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