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2To/56/2016 z 15. 11. 2016</w:t>
      </w:r>
    </w:p>
    <w:p>
      <w:r>
        <w:t>Uznesenie Krajského súdu Bratislava z 15. novembra 2016, sp. zn. 2To/56/2016, ECLI:SK:KSBA:2016:1016891832.2</w:t>
      </w:r>
    </w:p>
    <w:p>
      <w:r>
        <w:t>Súd: Krajský súd Bratislava</w:t>
      </w:r>
    </w:p>
    <w:p>
      <w:r>
        <w:t>Spisová značka: 2To/56/2016</w:t>
      </w:r>
    </w:p>
    <w:p>
      <w:r>
        <w:t>ECLI: ECLI:SK:KSBA:2016:1016891832.2</w:t>
      </w:r>
    </w:p>
    <w:p>
      <w:r>
        <w:t>Dátum vydania: 15. 11. 2016</w:t>
      </w:r>
    </w:p>
    <w:p>
      <w:r>
        <w:t>Forma: Uznesenie</w:t>
      </w:r>
    </w:p>
    <w:p>
      <w:r>
        <w:t>Oblasť práva: Trestné právo</w:t>
      </w:r>
    </w:p>
    <w:p>
      <w:pPr>
        <w:pStyle w:val="Heading2"/>
      </w:pPr>
      <w:r>
        <w:t>Text rozhodnutia</w:t>
      </w:r>
    </w:p>
    <w:p>
      <w:r>
        <w:t>Súd: Krajský súd Bratislava Spisová značka: 2To/56/2016 Identifikačné číslo súdneho spisu: 1016891832 Dátum vydania rozhodnutia: 16. 11. 2016 Meno a priezvisko sudcu, VSÚ: JUDr. Kamil Ivánek ECLI: ECLI:SK:KSBA:2016:1016891832.2 Uznesenie Krajský súd v Bratislave, v senáte zloženom z predsedu senátu JUDr. Kamila Ivánka a sudkýň JUDr. Ľudmily Králikovej a Mgr. Marcely Kosovej, v trestnej veci obžalovaného H.. H. W. a spol., pre pokračovací trestný čin nedovoleného prekročenia štátnej hranice a prevádzačstva podľa § 171a ods. 1 písm. a/ Tr. zák. účinného do 31.12.2005, o odvolaní obžalovaného H.. H. W. a prokurátora proti rozsudku Okresného súdu Bratislava I sp.zn. 6T/42/2013 zo dňa 16.02.2016, na verejnom zasadnutí konanom dňa 16. novembra 2016 r o z h o d o l : Podľa § 319 Tr. por. sa odvolanie obžalovaného H.. H. W., nar. XX.XX.XXXX v R. a Krajskej prokuratúry Bratislava z a m i e t a j ú . o d ô v o d n e n i e : Napadnutým rozsudkom súdu prvého stupňa bol obžalovaný H.. H. W. uznaný vinným z pokračovacieho trestný čin nedovoleného prekročenia štátnej hranice a prevádzačstva podľa § 171a ods. 1 písm. a/ Tr. zák. účinného do 31.12.2005 na tom skutkovom základe, že 1.) ako majiteľ firmy s obchodným menom H.. H. W. - E. I. U., K. XXX/XX, G., dňa 08.09.2004 vystavil fiktívne potvrdenia o zaplatení pobytu (voucher) pre 20 občanov Moldavskej republiky po vzájomnej dohode so W. D., občanom Q., ktorý mu dodal mená a osobné údaje k uvedeným osobám, potrebné pre udelenie vouchera, na podklade ktorého im bolo následne udelené vízum SR Veľvyslanectvom SR v Bukurešti s uvedením pobytu - D. O. vo B., okres G., ktorej prevádzkovateľom je H.. V. V., v termíne od 11.09.2004 až 20.09.2004, pričom uvedené osoby v dňoch 11. - 12.09.2004 pricestovali na podklade udelených víz na územie SR a do D. O. necestovali, ale následne bližšie nezisteného dňa na nezistenom mieste ilegálne opustili územie SR do krajín EÚ za pomoci ďalších doposiaľ nestotožnených osôb, 2./ ako majiteľ firmy s obchodným menom H.. H. W. - E. I. U., K. XXX/XX, G., dňa 10.09.2004 vystavil fiktívne vouchre pre 16 občanov Q. republiky po vzájomnej dohode so W. D., občanom Q., ktorý mu dodal mená a osobné údaje k uvedeným osobám, potrebné pre udelenie vouchera, na podklade ktorého im bolo následne udelené vízum SR Veľvyslanectvom SR v O. s uvedením pobytu - D. O. vo B., okres G., ktorej prevádzkovateľom je H.. V. V., v termíne od 13.09.2004 do 20.09.2004, pričom uvedené osoby v dňoch 13.09. - 20.09.2004 postupne pricestovali na podklade udelených víz na územie SR, do D. O. necestovali, ale následne bližšie nezisteného dňa na nezistenom mieste ilegálne opustili územie SR do krajín EÚ za pomoci ďalších doposiaľ nestotožnených osôb, 3./ ako majiteľ firmy s obchodným menom H.. H. W. - E. I. U., K. XXX/XX, G., dňa 13.09.2004 vystavil fiktívne vouchre pre 22 občanov Q. republiky po vzájomnej dohode so W. D., občanom Q., ktorý mu dodal mená a osobné údaje k týmto osobám, potrebné pre udelenie vouchera, na podklade ktorého im bolo následne udelené vízum B. SR v Bukurešti s uvedením pobytu - D. O. vo B., ktorej prevádzkovateľom je H.. V. V., v termíne od 15.09.2004 do 22.09.2004, pričom uvedené osoby v dňoch 16.09. - 30.09.2004 pricestovali na základe udelených víz na územie SR, do D. O. necestovali, ale následne bližšie nezisteného dňa na nezistenom mieste ilegálne opustili územie SR do krajín EÚ za pomoci ďalších doposiaľ nezistených osôb, 4./ ako majiteľ firmy s obchodným menom H.. H. W. - E. I. U., K. XXX/XX, G., dňa 15.09.2004 vystavil fiktívne vouchre pre 8 občanov Q. republiky po vzájomnej dohode so W. D., občanom Q., ktorý mu dodal mená a osobné údaje k týmto osobám, potrebné pre udelenie vouchera, na podklade ktorého im bolo následne udelené vízum Veľvyslanectvom SR v Bukurešti s uvedením pobytu - D. O. vo B., ktorej prevádzkovateľom je H.. V. V., v termíne od 17.09.2004 do 24.09.2004, pričom uvedené osoby v dňoch 19.09. - 23.09.2004 pricestovali na základe udelených víz na územie SR, do D. O. necestovali, ale následne bližšie nezisteného dňa na nezistenom mieste ilegálne opustili územie SR do krajín EÚ za pomoci ďalších doposiaľ nezistených osôb, 5./ ako majiteľ firmy s obchodným menom H.. H. W. - E. I. U., K. XXX/XX, G., dňa 16.09.2004 vystavil fiktívne vouchre pre 16 občanov Q. republiky po vzájomnej dohode so W. D., občanom Q., ktorý mu dodal mená a osobné údaje k týmto osobám, potrebné pre udelenie vouchera, na podklade ktorého im bolo následne udelené vízum Veľvyslanectvom SR v Bukurešti s uvedením pobytu - D. O. vo B., ktorej prevádzkovateľom je H.. V. V., v termíne od 18.09.2004 do 25.09.2004, pričom uvedené osoby v dňoch 19.09. - 21.09.2004 pricestovali na základe udelených víz na územie SR, do D. O. necestovali, ale následne bližšie nezisteného dňa na nezistenom mieste ilegálne opustili územie SR do krajín EÚ za pomoci ďalších doposiaľ nezistených osôb, 6./ ako majiteľ firmy s obchodným menom H.. H. W. - E. I. U., K. XXX/XX, G., dňa 21.09.2004 vystavil fiktívne vouchre pre 11 občanov Q. republiky po vzájomnej dohode so W. D., občanom Q., ktorý mu dodal mená a osobné údaje k týmto osobám, potrebné pre udelenie vouchera, na podklade ktorého im bolo následne udelené vízum Veľvyslanectvom SR v Bukurešti s uvedením pobytu - D. O. vo Varíne, ktorej prevádzkovateľom je H.. V. V., v termíne od 22.09.2004 do 01.10.2004, pričom uvedené osoby v dňoch 24.09. - 29.09.2004 pricestovali na základe udelených víz na územie SR, do D. O. necestovali, ale následne bližšie nezisteného dňa na nezistenom mieste ilegálne opustili územie SR do krajín EÚ za pomoci ďalších doposiaľ nezistených osôb, 7./ ako majiteľ firmy s obchodným menom H.. H. W. - E. I. U., K. XXX/XX, G., dňa 23.09.2004 vystavil fiktívne vouchre pre 15 občanov Moldavskej republiky po vzájomnej dohode so W. D., občanom Q., ktorý mu dodal mená a osobné údaje k týmto osobám, potrebné pre udelenie vouchera, na podklade ktorého im bolo následne udelené vízum Veľvyslanectvom SR v Bukurešti na konzulárnom úrade pre Q. republiku s uvedeným pobytom D. O. vo B. pod X., ktorej prevádzkovateľom je Ing. V. V., v termíne od 26.09.2004 do 03.10.2004 a ktorí v dňoch 27.09. - 02.10.2004 postupne pricestovali na základe udelených víz na územie SR, pričom do D. O. necestovali a následne ilegálne opustili územie SR do krajín EÚ za pomoci doposiaľ nezistených osôb, 8./ ako majiteľ firmy s obchodným menom H.. H. W. - E. I. U., K. XXX/XX, G., dňa 13.09.2004 vystavil fiktívne vouchre pre 4 občanov Q. republiky po dohode so W. D., občanom Q., ktorý mu dodal mená a osobné údaje k týmto osobám, potrebné pre udelenie vouchera, na podklade ktorého im bolo následne udelené vízum Veľvyslanectvom SR v Bukurešti s uvedením pobytu - D. O. vo B., ktorej prevádzkovateľom je H.. V. V., v termíne od 28.09.2004 do 05.10.2004, pričom uvedené osoby v dňoch 28.09. - 30.09.2004 pricestovali na základe udelených víz na územie SR, do D. O. necestovali, ale následne nezisteného dňa na nezistenom mieste ilegálne opustili územie SR do krajín EÚ za pomoci ďalších doposiaľ nezistených osôb, 9./ ako majiteľ firmy s obchodným menom H.. H. W. - E. I. U., K. XXX/XX, G., dňa 28.09.2004 vystavil fiktívne vouchre pre 18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30.09.2004 do 07.10.2004, pričom uvedené osoby v dňoch 01.10. - 03.10.2004 pricestovali na základe udelených víz na územie SR, do D. O. necestovali, ale následne nezisteného dňa na nezistenom mieste ilegálne opustili územie SR do krajín EÚ za pomoci ďalších doposiaľ nezistených osôb, 10./ ako majiteľ firmy s obchodným menom H.. H. W. - E. I. U., K. XXX/XX, G., dňa 01.10.2004 vystavil fiktívny voucher pre 1 občana Q. republiky v spolupráci so W. D., občanom Q., ktorý mu dodal meno a osobné údaje k tejto osobe, potrebné pre udelenie vouchera, na podklade ktorého mu bolo následne udelené vízum Veľvyslanectvom SR v Bukurešti s uvedením pobytu - D. O. vo B., ktorej prevádzkovateľom je H.. V. V., v termíne od 04.10.2004 do 11.10.2004, pričom uvedená osoba dňa 04.10.2004 pricestovala na základe udelených víz na územie SR, do D. O. necestovala, ale následne nezisteného dňa na nezistenom mieste ilegálne opustila územie SR do krajín EÚ za pomoci ďalších doposiaľ nezistených osôb, 11./ ako majiteľ firmy s obchodným menom H.. H. W. - E. I. U., K. XXX/XX, G., dňa 03.10.2004 vystavil fiktívne vouchre pre 16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06.10.2004 do 13.10.2004, pričom uvedené osoby dňa 07.10.2004 pricestovali na základe udelených víz na územie SR, do D. O. necestovali, ale následne nezisteného dňa na nezistenom mieste ilegálne opustili územie SR do krajín EÚ za pomoci ďalších doposiaľ nezistených osôb, 12./ ako majiteľ firmy s obchodným menom H.. H. W. - E. I. U., K. XXX/XX, G., dňa 04.10.2004 vystavil fiktívne vouchre pre 4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07.10.2004 do 14.10.2004, pričom uvedené osoby dňa 07.10.2004 pricestovali na základe udelených víz na územie SR, do D. O. necestovali, ale následne nezisteného dňa na nezistenom mieste ilegálne opustili územie SR do krajín EÚ za pomoci ďalších doposiaľ nezistených osôb, 13./ ako majiteľ firmy s obchodným menom H.. H. W. - E. I. U., K. XXX/XX, G., dňa 05.10.2004 vystavil fiktívne vouchre pre 15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07.10.2004 do 14.10.2004, pričom uvedené osoby dňa 07.10.2004 pricestovali na základe udelených víz na územie SR, do D. O. necestovali, ale následne nezisteného dňa na nezistenom mieste ilegálne opustili územie SR do krajín EÚ za pomoci ďalších doposiaľ nezistených osôb, 14./ ako majiteľ firmy s obchodným menom H.. H. W. - E. I. U., K. XXX/XX, G., dňa 06.10.2004 vystavil fiktívne vouchre pre 3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09.10.2004 do 18.10.2004, pričom uvedené osoby v dňoch 10.10. - 20.10.2004 pricestovali na základe udelených víz na územie SR, do D. O. necestovali, ale následne nezisteného dňa na nezistenom mieste ilegálne opustili územie SR do krajín EÚ za pomoci ďalších doposiaľ nezistených osôb, 15./ ako majiteľ firmy s obchodným menom H.. H. W. - E. I. U., K. XXX/XX, G., dňa 08.10.2004 vystavil fiktívne vouchre pre 4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12.10.2004 do 19.10.2004, pričom uvedené osoby dňa 14.10.2004 pricestovali na základe udelených víz na územie SR, do D. O. necestovali, ale následne nezisteného dňa na nezistenom mieste ilegálne opustili územie SR do krajín EÚ za pomoci ďalších doposiaľ nezistených osôb, 16./ ako majiteľ firmy s obchodným menom H.. H. W. - E. I. U., K. XXX/XX, G., dňa 12.10.2004 vystavil fiktívne vouchre pre 12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13.10.2004 do 20.10.2004, pričom uvedené osoby v dňoch 14.10. - 15.10.2004 pricestovali na základe udelených víz na územie SR, do D. O. necestovali, ale následne nezisteného dňa na nezistenom mieste ilegálne opustili územie SR do krajín EÚ za pomoci ďalších doposiaľ nezistených osôb, 17./ ako majiteľ firmy s obchodným menom H.. H. W. - E. I. U., K. XXX/XX, G., dňa 13.10.2004 vystavil fiktívne vouchre pre 25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14.10.2004 do 21.10.2004, pričom uvedené osoby v dňoch 15.10. - 16.10.2004 pricestovali na základe udelených víz na územie SR, do Chaty O. necestovali, ale následne nezisteného dňa na nezistenom mieste ilegálne opustili územie SR do krajín EÚ za pomoci ďalších doposiaľ nezistených osôb, 18./ ako majiteľ firmy s obchodným menom H.. H. W. - E. I. U., K. XXX/XX, G., dňa 14.10.2004 vystavil fiktívne vouchre pre 41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15.10.2004 do 03.11.2004, pričom uvedené osoby v dňoch 16.10. - 29.10.2004 pricestovali na základe udelených víz na územie SR, do D. O. necestovali, ale následne nezisteného dňa na nezistenom mieste ilegálne opustili územie SR do krajín EÚ za pomoci ďalších doposiaľ nezistených osôb, 19./ ako majiteľ firmy s obchodným menom H.. H. W. - E. I. U., K. XXX/XX, G., dňa 21.10.2004 vystavil fiktívne potvrdenie o zaplatení pobytu (voucher) pre 1 občana Q. republiky v spolupráci so W. D., občanom Q., ktorý mu dodal meno a osobné údaje k občanovi Q., potrebné pre udelenie vouchera, na podklade ktorého im bolo následne udelené vízum Veľvyslanectvom SR v Bukurešti na konzulárnom úrade pre Q. republiku s uvedeným pobytom D. O. vo B. pod X., ktorej prevádzkovateľom je H.. V. V., v termíne od 02.11.2004 do 07.11.2004, ktorý dňa 03.11.2004 pricestoval na základe udelených víz na územie SR, do D. O. necestoval a následne ilegálne opustil územie SR do krajín EÚ za pomoci doposiaľ nezistených osôb, 20./ ako majiteľ firmy s obchodným menom H.. H. W. - E. I. U., K. XXX/XX, G., dňa 22.10.2004 vystavil fiktívne vouchre pre 7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02.11.2004 do 07.11.2004, pričom uvedené osoby dňa 02.11.2004 pricestovali na základe udelených víz na územie SR, do D. O. necestovali, ale následne nezisteného dňa na nezistenom mieste ilegálne opustili územie SR do krajín EÚ za pomoci ďalších doposiaľ nezistených osôb, 21./ ako majiteľ firmy s obchodným menom H.. H. W. - E. I. U., K. XXX/XX, G., dňa 02.11.2004 vystavil fiktívne vouchre pre 9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12.11.2004 do 19.11.2004, pričom uvedené osoby dňa 07.11.2004 pricestovali na základe udelených víz na územie SR, do D. O. necestovali, ale následne nezisteného dňa na nezistenom mieste ilegálne opustili územie SR do krajín EÚ za pomoci ďalších doposiaľ nezistených osôb, 22./ ako majiteľ firmy s obchodným menom H.. H. W. - E. I. U., K. XXX/XX, G., dňa 04.11.2004 vystavil fiktívne vouchre pre 10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10.11.2004 do 14.11.2004, pričom uvedené osoby dňa 11.11.2004 pricestovali na základe udelených víz na územie SR, do D. O. necestovali, ale následne nezisteného dňa na nezistenom mieste ilegálne opustili územie SR do krajín EÚ za pomoci ďalších doposiaľ nezistených osôb, 23./ ako majiteľ firmy s obchodným menom H.. H. W. - E. I. U., K. XXX/XX, G., dňa 09.11.2004 vystavil fiktívne vouchre pre 16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16.11.2004 do 20.11.2004, pričom uvedené osoby v dňoch 17.11. - 18.11.2004 pricestovali na základe udelených víz na územie SR, do Chaty O. necestovali, ale následne nezisteného dňa na nezistenom mieste ilegálne opustili územie SR do krajín EÚ za pomoci ďalších doposiaľ nezistených osôb, 24./ ako majiteľ firmy s obchodným menom H.. H. W. - E. I. U., K. XXX/XX, G., dňa 11.11.2004 vystavil fiktívny voucher pre 1 občana Q. republiky v spolupráci so W. D., občanom Q., ktorý mu dodal meno a osobné údaje k tejto osobe, potrebné pre udelenie vouchera, na podklade ktorého mu bolo následne udelené vízum Veľvyslanectvom SR v Bukurešti s uvedením pobytu - D. O. vo B., ktorej prevádzkovateľom je H.. V. V., v termíne od 19.11.2004 do 23.11.2004, pričom uvedená osoba dňa 19.11.2004 pricestovala na základe udeleného víza na územie SR, do D. O. necestovala, ale následne nezisteného dňa na nezistenom mieste ilegálne opustila územie SR do krajín EÚ za pomoci ďalších doposiaľ nezistených osôb, 25./ ako majiteľ firmy s obchodným menom H.. H. W. - E. I. U., K. XXX/XX, G., dňa 14.11.2004 vystavil fiktívne vouchre pre 8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20.11.2004 do 27.11.2004, pričom uvedené osoby dňa 25.11.2004 pricestovali na základe udelených víz na územie SR, do D. O. necestovali, ale následne nezisteného dňa na nezistenom mieste ilegálne opustili územie SR do krajín EÚ za pomoci ďalších doposiaľ nezistených osôb, 26./ ako majiteľ firmy s obchodným menom H.. H. W. - E. I. U., K. XXX/XX, G., dňa 21.11.2004 vystavil fiktívne vouchre pre 9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27.11.2004 do 01.12.2004, pričom uvedené osoby dňa 27.11.2004 pricestovali na základe udelených víz na územie SR, do D. O. necestovali, ale následne nezisteného dňa na nezistenom mieste ilegálne opustili územie SR do krajín EÚ za pomoci ďalších doposiaľ nezistených osôb, 27./ ako majiteľ firmy s obchodným menom H.. H. W. - E. I. U., K. XXX/XX, G., dňa 23.11.2004 vystavil fiktívne vouchre pre 3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28.11.2004 do 02.12.2004, pričom uvedené osoby dňa 27.11.2004 pricestovali na základe udelených víz na územie SR, do D. O. necestovali, ale následne nezisteného dňa na nezistenom mieste ilegálne opustili územie SR do krajín EÚ za pomoci ďalších doposiaľ nezistených osôb, 28./ ako majiteľ firmy s obchodným menom H.. H. W. - E. I. U., K. XXX/XX, G., dňa 27.11.2004 vystavil fiktívne vouchre pre 9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04.12.2004 do 08.12.2004, pričom uvedené osoby dňa 04.12.2004 pricestovali na základe udelených víz na územie SR, do D. O. necestovali, ale následne nezisteného dňa na nezistenom mieste ilegálne opustili územie SR do krajín EÚ za pomoci ďalších doposiaľ nezistených osôb, 29./ ako majiteľ firmy s obchodným menom H.. H. W. - E. I. U., K. XXX/XX, G., dňa 30.11.2004 vystavil fiktívne vouchre pre X občanov Moldavskej republiky v spolupráci so W. D., občanom Q., ktorý mu dodal mená a osobné údaje k týmto osobám, potrebné pre udelenie vouchera, na podklade ktorého im bolo následne udelené vízum Veľvyslanectvom SR v Bukurešti s uvedením pobytu - D. O. v termíne od 05.12.2004 do 09.12.2004, ktorí dňa 06.12.2004 pricestovali na základe udelených víz do SR na vozidle značky Q. B., bielej farby, EČ: UA XXX XX PE, cez hraničný prechod B. K., odkiaľ potom prechádzali cez územie SR až do Pezinka, pričom do chaty O. ani necestovali a tu ich vodič Q. vysadil na odľahlom tmavom mieste, odkiaľ ich potom nezistená osoba na osobnom motorovom vozidle zn. Q., striebornej farby, EČ: BA-XXXIH, postupne doviezol do domu obv. S. J. na D. ul. č. XXXX/XXX v V., kde ich tento ubytoval a ukrýval vo svojom dome a taktiež im zabezpečoval a nakupoval stravu až do dňa 08.12.2004, kedy nezistená osoba z uvedeného domu odviezla dve občianky Q. do Bratislavy na parkovisko pred OD U., kde si tieto prestúpili do vozidla zn. R. B., šedej farby, EČ: S XXX KE /A/ a v ktorom ilegálne opustili územie SR do Y. cez hraničný prechod O. za pomoci doposiaľ nezistených osôb, 30./ ako majiteľ firmy s obchodným menom H.. H. W. - E. I. U., K. XXX/XX, G., dňa 01.12.2004 vystavil fiktívne vouchre pre 10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11.12.2004 do 15.12.2004, pričom uvedené osoby dňa 12.12.2004 pricestovali na základe udelených víz na územie SR, do Chaty O. necestovali, ale následne nezisteného dňa na nezistenom mieste ilegálne opustili územie SR do krajín EÚ za pomoci ďalších doposiaľ nezistených osôb, 31./ ako majiteľ firmy s obchodným menom H.. H. W. - E. I. U., K. XXX/XX, G., dňa 04.12.2004 vystavil fiktívne vouchre pre 4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12.12.2004 do 16.12.2004, pričom uvedené osoby dňa 13.12.2004 pricestovali na základe udelených víz na územie SR, do D. O. necestovali, ale následne nezisteného dňa na nezistenom mieste ilegálne opustili územie SR do krajín EÚ za pomoci ďalších doposiaľ nezistených osôb, 32./ ako majiteľ firmy s obchodným menom H.. H. W. - E. I. U., K. XXX/XX, G., dňa 06.12.2004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13.12.2004 do 17.12.2004, pričom uvedené osoby dňa 13.12.2004 pricestovali na základe udelených víz na územie SR, do Chaty O. necestovali, ale následne nezisteného dňa na nezistenom mieste ilegálne opustili územie SR do krajín EÚ za pomoci ďalších doposiaľ nezistených osôb, 33./ ako majiteľ firmy s obchodným menom H.. H. W. - E. I. U., K. XXX/XX, G., dňa 07.12.2004 vystavil fiktívne vouchre pre 20 občanov Q. republiky v spolupráci so W. D., občanom Q., ktorý mu dodal mená a osobné údaje k týmto osobám, potrebné pre udelenie vouchera, na podklade ktorého im bolo následne udelené vízum Veľvyslanectvom SR v Bukurešti s uvedením pobytu - D. O. vo Varíne, ktorej prevádzkovateľom je H.. V. V., v termíne od 13.12.2004 do 19.12.2004, pričom uvedené osoby v dňoch 13.12. až 15.12.2004 pricestovali na základe udelených víz na územie SR, do D. O. necestovali, ale následne nezisteného dňa na nezistenom mieste ilegálne opustili územie SR do krajín EÚ za pomoci ďalších doposiaľ nezistených osôb, 34./ ako majiteľ firmy s obchodným menom H.. H. W. - E. I. U., K. XXX/XX, G., dňa 11.12.2004 vystavil fiktívne vouchre pre 5 občanov Moldavskej republiky v spolupráci so W. D., občanom Q., ktorý mu dodal mená a osobné údaje k týmto osobám, potrebné pre udelenie vouchera, na podklade ktorého im bolo následne udelené vízum Veľvyslanectvom SR v O. s uvedením pobytu - D. O. vo B., ktorej prevádzkovateľom je H.. V. V., v termíne od 18.12.2004 do 22.12.2004, pričom uvedené osoby v dňoch 19.12. až 20.12.2004 pricestovali na základe udelených víz na územie SR, do D. O. necestovali, ale následne nezisteného dňa na nezistenom mieste ilegálne opustili územie SR do krajín EÚ za pomoci ďalších doposiaľ nezistených osôb, 35./ ako majiteľ firmy s obchodným menom H.. H. W. - E. I. U., K. XXX/XX, G., dňa 13.12.2004 vystavil fiktívne vouchre pre 3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19.12.2004 do 23.12.2004, pričom uvedené osoby v dňoch 20.12. až 22.12.2004 pricestovali na základe udelených víz na územie SR, do D. O. necestovali, ale následne nezisteného dňa na nezistenom mieste ilegálne opustili územie SR do krajín EÚ za pomoci ďalších doposiaľ nezistených osôb, 36./ ako majiteľ firmy s obchodným menom H.. H. W. - E. I. U., K. XXX/XX, G., dňa 16.12.2004 vystavil fiktívne vouchre pre 27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25.12.2004 do 27.12.2004, pričom uvedené osoby v dňoch 25.12. až 27.12.2004 pricestovali na základe udelených víz na územie SR, do D. O. necestovali, ale následne nezisteného dňa na nezistenom mieste ilegálne opustili územie SR do krajín EÚ za pomoci ďalších doposiaľ nezistených osôb, 37./ ako majiteľ firmy s obchodným menom H.. H. W. - E. I. U., K. XXX/XX, G., dňa 18.12.2004 vystavil fiktívne vouchre pre 15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24.12.2004 do 28.12.2004, pričom uvedené osoby dňa 24.12.2004 pricestovali na základe udelených víz na územie SR, do D. O. necestovali, ale následne nezisteného dňa na nezistenom mieste ilegálne opustili územie SR do krajín EÚ za pomoci ďalších doposiaľ nezistených osôb, 38./ ako majiteľ firmy s obchodným menom H.. H. W. - E. I. U., K. XXX/XX, G., dňa 27.12.2004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05.01.2005 do 09.01.2005, pričom uvedené osoby dňa 05.01.2005 pricestovali na základe udelených víz na územie SR, do D. O. necestovali, ale následne nezisteného dňa na nezistenom mieste ilegálne opustili územie SR do krajín EÚ za pomoci ďalších doposiaľ nezistených osôb, 39./ ako majiteľ firmy s obchodným menom H.. H. W. - E. I. U., K. XXX/XX, G., dňa 05.01.2005 vystavil fiktívne vouchre pre 11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12.01.2005 do 17.01.2005, pričom uvedené osoby dňa 13.01.2005 pricestovali na základe udelených víz na územie SR, do D. O. necestovali, ale následne nezisteného dňa na nezistenom mieste ilegálne opustili územie SR do krajín EÚ za pomoci ďalších doposiaľ nezistených osôb, 40./ ako majiteľ firmy s obchodným menom H.. H. W. - E. I. U., K. XXX/XX, G., dňa 06.01.2005 vystavil fiktívny voucher pre 1 občana Q. republiky v spolupráci so W. D., občanom Q., ktorý mu dodal meno a osobné údaje k tejto osobe, potrebné pre udelenie vouchera, na podklade ktorého im bolo následne udelené vízum Veľvyslanectvom SR v O. s uvedením pobytu - D. O. vo B., ktorej prevádzkovateľom je H.. V. V., v termíne od 13.01.2005 do 17.01.2005, pričom uvedená osoba dňa 13.01.2005 pricestovala na základe udeleného víza na územie SR, do D. O. necestovala, ale následne nezisteného dňa na nezistenom mieste ilegálne opustila územie SR do krajín EÚ za pomoci ďalších doposiaľ nezistených osôb, 41./ ako majiteľ firmy s obchodným menom H.. H. W. - E. I. U., K. XXX/XX, G., dňa 13.01.2005 vystavil fiktívne vouchre pre 12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20.01.2005 do 24.01.2005, pričom uvedené osoby dňa 20.01.2005 pricestovali na základe udelených víz na územie SR, do Chaty O. necestovali, ale následne nezisteného dňa na nezistenom mieste ilegálne opustili územie SR do krajín EÚ za pomoci ďalších doposiaľ nezistených osôb, 42./ ako majiteľ firmy s obchodným menom H.. H. W. - E. I. U., K. XXX/XX, G., dňa 14.02.2005 vystavil fiktívne vouchre pre 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20.02.2005 do 24.02.2005, pričom uvedené osoby dňa 20.02.2005 pricestovali na základe udelených víz na územie SR, do D. O. necestovali, ale následne nezisteného dňa na nezistenom mieste ilegálne opustili územie SR do krajín EÚ za pomoci ďalších doposiaľ nezistených osôb, 43./ ako majiteľ firmy s obchodným menom H.. H. W. - E. I. U., K. XXX/XX, G., dňa 17.02.2005 vystavil fiktívne vouchre pre 17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23.02.2005 do 28.02.2005, pričom uvedené osoby v dňoch 23.02. až 25.02.2005 pricestovali na základe udelených víz na územie SR, do D. O. necestovali, ale následne nezisteného dňa na nezistenom mieste ilegálne opustili územie SR do krajín EÚ za pomoci ďalších doposiaľ nezistených osôb, 44./ ako majiteľ firmy s obchodným menom H.. H. W. - E. I. U., K. XXX/XX, G., dňa 03.03.2005 vystavil fiktívne vouchre pre 14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09.03.2005 do 13.03.2005, pričom uvedené osoby dňa 09.03.2005 pricestovali na základe udelených víz na územie SR, do D. O. necestovali, ale následne nezisteného dňa na nezistenom mieste ilegálne opustili územie SR do krajín EÚ za pomoci ďalších doposiaľ nezistených osôb, 45./ ako majiteľ firmy s obchodným menom H.. H. W. - E. I. U., K. XXX/XX, G., dňa 07.03.2005 vystavil fiktívne vouchre pre 25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11.03.2005 do 16.03.2005, pričom uvedené osoby v dňoch 11.03. až 13.03.2005 pricestovali na základe udelených víz na územie SR, do D. O. necestovali, ale následne nezisteného dňa na nezistenom mieste ilegálne opustili územie SR do krajín EÚ za pomoci ďalších doposiaľ nezistených osôb, 46./ ako majiteľ firmy s obchodným menom H.. H. W. - E. I. U., K. XXX/XX, G., dňa 12.03.2005 vystavil fiktívne vouchre pre 5 občanov Q. republiky v spolupráci so W. D., občanom Q., ktorý mu dodal mená a osobné údaje k týmto osobám, potrebné pre udelenie vouchera, na podklade ktorého im bolo následne udelené vízum Veľvyslanectvom SR v Bukurešti s uvedením pobytu - D. O. v termíne od XX.XX.XXXX až 22.03.2005, ktorí dňa 18.03.2005 pricestovali na základe udelených víz na územie SR cez hraničný prechod B. Nemecké na vozidle zn. Q. B., modrej farby, EČ: D. XXX, na ktorom potom prechádzali cez územie SR až do I. do Z. K., kde ich čakal na motorovom vozidle zn. O. XXX, červenej farby, EČ: BA- XXXKR, neznámy muž, za ktorého pomoci sa v uvedenom hoteli občania Q. ubytovali, pričom do D. O. necestovali a tu sa ani nezastavili a následne ilegálne opustili územie SR do krajín EÚ za pomoci doposiaľ nezistených osôb, 47./ ako majiteľ firmy s obchodným menom H.. H. W. - E. I. U., K. XXX/XX, G., dňa XX.XX.XXXX vystavil fiktívne vouchre pre 5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Ing. V. V., v termíne od 08.04.2005 do 12.04.2005, pričom uvedené osoby dňa 10.04.2005 pricestovali na základe udelených víz na územie SR, do D. O. necestovali, ale následne nezisteného dňa na nezistenom mieste ilegálne opustili územie SR do krajín EÚ za pomoci ďalších doposiaľ nezistených osôb, 48./ ako majiteľ firmy s obchodným menom H.. H. W. - E. I. U., K. XXX/XX, G., dňa 11.04.2005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24.04.2005 do 28.04.2005, pričom uvedené osoby dňa 24.04.2005 pricestovali na základe udelených víz na územie SR, do D. O. necestovali, ale následne nezisteného dňa na nezistenom mieste ilegálne opustili územie SR do krajín EÚ za pomoci ďalších doposiaľ nezistených osôb, 49./ ako majiteľ firmy s obchodným menom H.. H. W. - E. I. U., K. XXX/XX, G., dňa 27.04.2005 vystavil fiktívne potvrdenia o zaplatení pobytu (voucher) pre 2 občanov Q. republiky v spolupráci so W. D., občanom Q., ktorý mu dodal mená a osobné údaje k týmto osobám, potrebné pre udelenie vouchera, na podklade ktorého im bolo následne udelené vízum Veľvyslanectvom SR v O. na konzulárnom úrade pre Q. republiku s uvedeným pobytom D. O. vo B. pod X., ktorej prevádzkovateľom je H.. V. V., v termíne od 11.05.2005 až 15.05.2005 a ktorí dňa 11.05.2005 pricestovali na základe udelených víz na územie SR, pričom do D. O. necestovali a následne ilegálne opustili územie SR do krajín EÚ za pomoci doposiaľ nezistených osôb, 50./ ako majiteľ firmy s obchodným menom H.. H. W. - E. I. U., K. XXX/XX, G., dňa 08.05.2005 vystavil fiktívny voucher pre 1 občana Q. republiky v spolupráci so W. D., občanom Q., ktorý mu dodal meno a osobné údaje k tejto osobe, potrebné pre udelenie vouchera, na podklade ktorého im bolo následne udelené vízum Veľvyslanectvom SR v O. s uvedením pobytu - D. O. vo B., ktorej prevádzkovateľom je H.. V. V., v termíne od 13.05.2005 do 17.05.2005, pričom uvedená osoba dňa 14.05.2005 pricestovala na základe udeleného víza na územie SR, do D. O. necestovala, ale následne nezisteného dňa na nezistenom mieste ilegálne opustila územie SR do krajín EÚ za pomoci ďalších doposiaľ nezistených osôb, 51./ ako majiteľ firmy s obchodným menom H.. H. W. - E. I. U., K. XXX/XX, G., dňa 10.05.2005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15.05.2005 do 19.05.2005, pričom uvedené osoby dňa 15.05.2005 pricestovali na základe udelených víz na územie SR, do D. O. necestovali, ale následne nezisteného dňa na nezistenom mieste ilegálne opustili územie SR do krajín EÚ za pomoci ďalších doposiaľ nezistených osôb, 52./ ako majiteľ firmy s obchodným menom H.. H. W. - E. I. U., K. XXX/XX, G., dňa 12.05.2005 vystavil fiktívne vouchre pre 6 občanov Q. republiky v spolupráci so W. D., občanom Q., ktorý mu dodal mená a osobné údaje k týmto osobám, potrebné pre udelenie vouchera, na podklade ktorého im bolo následne udelené vízum Veľvyslanectvom SR v Bukurešti s uvedením pobytu - D. O. vo B., ktorej prevádzkovateľom je H.. V. V., v termíne od 18.05.2005 do 22.05.2005, pričom uvedené osoby dňa 18.05.2005 pricestovali na základe udelených víz na územie SR, do D. O. necestovali, ale následne nezisteného dňa na nezistenom mieste ilegálne opustili územie SR do krajín EÚ za pomoci ďalších doposiaľ nezistených osôb, 53./ ako majiteľ firmy s obchodným menom Ing. H. W. - E. I. U., K. XXX/XX, G., po dohode so W. D., občanom Q., vystavil fiktívne vouchre pre občanov Q. a to v dňoch 01.09.2004 - 08.09.2004 pre 15 osôb, v dňoch 03.09.2004 - 10.09.2004 pre 8 osôb, v dňoch 07.09.2004 - 16.09.2004 pre 13 osôb, na základe ktorých boli týmto osobám Veľvyslanectvom SR v O. udelené víza s uvedením pobytu na D. O. vo B., kam však tieto osoby nepricestovali, ani sa tam neubytovali a následne za pomoci nezistených osôb ilegálne opustili územie SR, pričom okrem nezistených ilegálnych odchodov občanov Q. z územia SR boli zistené pokusy o prekročenie štátnej hranice s Y. a to dňa 22.09.2004 v čase o 07:30 hod. v zaplombovanom kontajnery nákladného vlaku č. 44648, dňa 01.10.2004 v čase o 08:25 hod. pešo v blízkosti hraničného znaku XI/19, dňa 02.11.2004 na základe pozmenených občianskych preukazov občanov SR vo vlaku IC 404 do Rakúska a dňa 07.11.2004 o 18:40 hod. na základe pozmenených OP občanov SR v osobnom vlaku č. ER 2559 idúceho do Rakúska, za uvedené obdobie takto umožnil nedovolený prechod cez územie SR a štátnu hranicu 586 občanom Q. republiky, za čo získal finančný prospech v presne nezistenej výške. Za to bol obžalovanému H.. H. W. podľa § 171a ods. 1 Tr. zák. účinného do 31.12.2005 uložený trest odňatia slobody vo výmere dva roky s odkladom jeho výkonu podľa § 58 ods. 1 písm. a/, § 59 ods. 1 Tr. zák. účinného do 31.12.2005 na dobu štyri roky. Okresný súd podľa § 285 písm. c/ Tr. por. obžalovaných H.. F. W., S. W. a Ing. V. V. oslobodil spod obžaloby pre hore uvedené skutky, a to z dôvodu, že nebolo dokázané, že skutky spáchali obžalovaní. Okresný súd vo vzťahu k odsudzujúcej časti rozsudku u obžalovaného Ing. H. W. uviedol, že na základe vykonaných dôkazov mal nepochybne preukázané, že obžalovaný pod hlavičkou svojej firmy za obdobie od 01.09.2004 do 12.05.2005 vystavil Voucher najmenej 586 občanom Q. s miestom ubytovania D. O. vo B. a to na základe požiadaviek W. B. D., ktorý mu dodával mená občanov Q., ako aj ich osobné údaje. Okrem iných požadovaných dokladov, na podklade vystavených Vouchrov im Veľvyslanectvo SR v Bukurešti udelilo víza, ktoré by inak nedostali. Obžalovaný mal pritom vedomosť o tom, že občana Q. nemali okrem jedného prípadu v úmysle ubytovať sa na tejto chate a ani sa v nej neubytovali, na územie Slovenska necestovali za turistikou, nemali v úmysle vrátiť sa do Moldavska, ale práve naopak za pomoci doposiaľ nestotožnených osôb sa pokúšali územie SR ilegálne opustiť do krajín EÚ, pričom takýmto spôsobom obžalovaný získal finančný prospech v presne nezistenej výške. Okresný súd mal skutkový stav za preukázaný na základe výpovede svedka V.. X. Z., z listinných dôkazov, a to predovšetkým zo záznamov telekomunikačnej prevádzky, a to komunikácie medzi obžalovaným a W. B. D., ďalej zápisnice o vykonaní prehliadky kancelárskych priestorov firmy E. I. U.. Okresný súd sa nemohol stotožniť s obranou obžalovaného v tom, že nemal vedomosť o skutočných úmysloch jeho klientov z Q., pretože ich úmysly boli už zrejme z toho, že sa na tejto chate okrem jedného prípadu neubytovali, napriek tomu obžalovaný na základe požiadavek W. B. D. naďalej vystavoval pre nich Vouchre, a to aj bez vedomia obžalovaného H.. V., ktorý bol majiteľom uvedenej chaty. Vôbec ho pritom nezaujímalo, či na chate v uvedených termínoch na Voucherom sú voľné miesta na ubytovanie a dokonca ani celková kapacita tejto chaty, keďže na niektoré termíny vystavil Vouchre pre také počty Q., ktoré výrazne prevyšovali kapacitné možnosti tejto chaty. Okresný súd akceptoval obhajobu obžalovaného v tom, že Vouchre vystavoval on sám pod hlavičkou svojej firmy, ktorej je majiteľom, a teda jediným majiteľom a obžalované H.. F. W. a S. W. nikdy neboli spoluvlastníkmi tejto firmy. Okresný súd rovnako nemal preukázané, že by obžalovaný Ing. W. získal finančný prospech v sume, ktorú uvádzala v obžalobe prokuratúra, ale nie je ani zrejmé, ako sa prokurátor k tejto sume dopracoval. Rovnako nemal okresný súd preukázané, že by sa obžalovaný dopustil skutkov ako člen organizovanej skupiny ako mu to kládla za vinu prokuratúra. Ustálil preto, že obžalovaný svojím konaním opísaným v skutkoch 1 až 53 naplnil zákonné znaky pre pokračovací trestný čin nedovoleného prekročenia štátnej hranice a prevádzačstva podľa § 171a ods. 1 písm. a/ Tr. zák. účinného do 31.12.2005, a teda zmenil právnu kvalifikáciu, pričom vypustil kvalifikačné znaky - organizovaná skupina a získanie značného prospechu a v tomto smere aj upravil aj skutkovú vetu rozsudku. Pri ukladaní trestu obžalovanému H.. W. okresný súd prihliadol na stupeň spoločenskej nebezpečnosti jeho konania, osobné pomery a možnosti jeho nápravy, prihliadol na skutočnosť, že doposiaľ viedol riadny život a na druhej strane však i na to, že pokračoval dlhší čas v páchaní trestnej činnosti. Pri ukladaní trestu okresný súd poukázal aj na to, že od spáchania skutkov uplynula veľmi dlhá doba, takmer 11 rokov. Uložil obžalovanému trest odňatia slobody na dolnej hranici trestnej sadzby, a to vo výmere dva roky, pričom jeho výkon podmienečne odložil na skúšobnú dobu štyri roky. K oslobodzujúcej časti rozsudku okresný súd uviedol, že sa nemohol stotožniť so závermi prokurátora vo vzťahu k obžalovaným H.. F. W., S. W. a H.. V. V.. Na základe vykonaného dokazovania nebolo bez akýchkoľvek pochybností preukázané, že by sa títo obžalovaní aktívne podieľali na trestnej činnosti obžalovaného Ing. H. W., resp. že by vôbec mali nejakú vedomosť o tejto trestnej činnosti. V priebehu dokazovania nebol vykonaný žiadny priamy dôkaz, ktorý by obžalovaného W. usvedčoval zo spáchania tohto trestného činu, naopak ich obhajobné tvrdenia potvrdzuje aj svedok V.. Z., ktorý potvrdil, že komunikoval iba s obžalovaným Ing. W.. Nebola zachytená žiadna komunikácia medzi obžalovanými W. a W. B. D.. Nepriame dôkazy, na ktorých prokuratúra u nich postavila obžalobu, nie sú dostatočné na to, aby súd mohli priviesť k záveru, že by participovali na tejto trestnej činnosti. Čo sa týka obžalovaného Ing. V. V. ani u neho nebol vykonaný žiadny priamy dôkaz. Jeho obranu potvrdil aj obžalovaný Ing. H. W., ktorý uviedol, že obžalovaný Ing. V. V. nemal s predmetnými skutkami nič spoločné, tento iba prevádzkoval chatu O.. Potvrdenia o rezervácii ubytovania, resp. akékoľvek iné potvrdenia od Ing. V. ani neboli potrebné pre administratívny proces vydávania víz, nebol preukázaný súvis týchto potvrdení s udeľovaním víz a ani nebolo dokázané, že by tieto boli nejako použité. Proti tomuto rozsudku podal v zákonnej lehote odvolanie obžalovaný Ing. H. W. a prokurátor Krajskej prokuratúry Bratislava, ktoré dodatočne písomne odôvodnili. Prokurátor v odvolaní vo vzťahu k rozhodnutiu u obž. Ing. H. W. uviedol, že sa stotožňuje so zmenou právnej kvalifikácie a nemá námietky k takto posudzovanému konaniu obžalovaného, ako o nej rozhodol okresný súd. Zastáva však názor, že konanie obžalovaného je potrebné posudzovať s ohľadom na nesúhlas s oslobodzujúcou časťou napadnutého rozsudku ako konanie v spolupáchateľstve v zmysle § 9 ods. 2 Tr. zák. účinného do 31.12.2005. Prokuratúra nemá námietky ani k druhu uloženého trestu obžalovanému H.. W.. V plnom rozsahu sa však nestotožňuje s tou časťou rozsudku, v ktorej okresný súd podľa § 285 písm. c/ Tr. por. oslobodil spod obžaloby obžalovaných H.. F. W., S. W. a H.. V. V.. Je toho názoru, že v ich prípade bol preukázaný minimálne nepriamy úmysel participovať na páchaní žalovanej trestnej činnosti, s pripustením zmeny právnej kvalifikácie tak, ako súd urobil pri obžalovanom H.. H. W., pričom dané konanie je potrebné posudzovať ako konanie spolupáchateľov v zmysle ustanovenia § 9 ods. 2 Tr. zák. účinného v čase spáchania skutku. Všetci štyria obžalovaní sa spoločne podieľali na zabezpečovaní potvrdení o zaplatení pobytu, nevyhnutných pre získanie víz pre občanov Q. v spolupráci s iným občanom Q. v úmysle umožniť týmto vstup na územie SR a odtiaľ na územie iných krajín EÚ a samozrejme na tom zarobiť. H.. V. V., prevádzkovateľ chaty O. vo B., kde mali občania Q. byť akože ubytovaní, hoci k ich ubytovaniu neprišlo, takto spolupracoval so spoluobžalovanými. Išlo pritom len o fiktívne ubytovanie s cieľom splniť podmienky pre udelenie víz. Prokurátor poukázal na výpovede svedka V.. X. Z., na záznam, v zmysle ktorého sa vyjadrovala cestovná kancelária, ktorá potvrdzovala Veľvyslanectvu SR v Bukurešti pobyt pre občanov Q. na chate Borovica, ako aj na ďalšie listinné dôkazy. Výpoveď svedka W. B. D., túto vyhodnotil prokurátor ako účelovú a nevieryhodnú. Prokurátor zastáva názor, že okresný súd nevzal do úvahy všetky produkované dôkazy a aj ich nesprávne vyhodnotil. Je zrejmé, že obžalované W. S. a W. F. sa spoločne podieľali na páchaní trestnej činnosti minimálne v rozsahu akej sa podieľal obžalovaný W.. Záverom preto navrhol, aby odvolací súd vzal do úvahy uvedené skutočnosti a podľa § 321 ods. 1 písm. b/, písm. c/ Tr. por. zrušil napadnutý rozsudok a podľa § 322 ods. 1 Tr. por. vrátil vec okresnému súdu, aby ju v potrebnom rozsahu znovu prejednal a rozhodol. Obžalovaný H.. H. W. prostredníctvom svojho obhajcu v dôvodoch odvolania poukázal na to, že sa nestotožňuje so skutkovým a právnym záverom vysloveným v napadnutom rozsudku, pretože obžalovaný H.. W. sa nedopustil skutkov kladených mu za vinu, pretože svojím konaním nenaplnil znaky skutkovej podstaty žalovaného trestného činu ani po subjektívnej ani po objektívnej stránke. Voucher ako jeden z dokladov sám o sebe nemohol zabezpečiť udelenie platného víza, pričom vízum mohlo byť navyše udelené aj bez neho. Obžalovaný teda nemohol žiadnym spôsobom ovplyvniť udelenie víza zastupiteľským úradom a rovnako tak nemohol ovplyvniť či žiadateľ víza, ktorému bolo udelené, toto využije a vstúpi na územie SR alebo nie. Okresný súd sa nevysporiadal so základnou otázkou, ktorá súvisí s udelením víz, a to predovšetkým s tým, že Voucher nie je tou listinou, ktorá garantovala istotu vycestovania na územie SR, a rovnako tak s tou otázkou, že žiadatelia vykonávali pohovor pred udelením víza na Zastupiteľskom úrade v Bukurešti. S poukazom na uvedené, teda na nedostatky dôkaznej situácie, ktoré sú tak zásadné, že vina obžalovaného nie je ani po vyhodnotení všetkých dôkazov každého jednotlivo a všetkých vo vzájomnej súvislosti jednoznačne preukázaná, navrhol odvolaciemu súdu, aby napadnutý rozsudok vo vzťahu k obžalovanému H.. H. W. zrušil podľa § 321 Tr. por. a vec vrátil na nové konanie v zmysle § 322 Tr. por. Z vyjadrenia obžalovaného Ing. V. V. podaného prostredníctvom obhajcu vo vzťahu k dôvodom odvolania prokuratúry vyplýva, že napadnutý rozsudok považuje v časti výroku týkajúceho sa obžalovaného Ing. V. za zákonný a správny. Závery súdu prvého stupňa ohľadne absencie a nepreukázania akejkoľvek jeho účasti alebo vôbec vedomosti o trestnej činnosti, sú správne. V odôvodnení odvolania prokuratúry sa nenachádzajú žiadne nové a ani podstatné skutočnosti, ktoré by odôvodňovali čo i len jeho trestné stíhanie pre trestný čin nedovoleného prekročenia štátnej hranice a prevádzačstva podľa § 171a ods. 1 písm. a/ Tr. zák. č. 140/1961 Zb. za to, že bol prevádzkovateľom chaty O.. Podľa skutkových viet uvedených v obžalobe sa mal práve tým dopustiť uvedeného trestného činu. Poukázal v plnom rozsahu na skutočnosti, na ktoré poukazoval v konaní pred súdom prvého stupňa, t.j. že prevádzkovanie chaty nie je trestným činom a že na žiadnej trestnej činnosti sa nepodieľal. Jeho trestnú činnosť nielenže žiadne dôkazy nepreukazujú, ale práve naopak vylučujú. Žiada preto odvolací súd, aby odvolanie podané prokurátorom ako nedôvodné zamietol. Odvolací súd vykonal verejné zasadnutie v zmysle § 293 ods. 7 Tr. por. v neprítomnosti všetkých štyroch obžalovaných. Na verejnom zasadnutí zástupkyňa Krajskej prokuratúry Bratislava uviedla, že sa v plnom rozsahu pridržiava oboznámených písomných dôvodov odvolania a navrhla, aby odvolací súd zrušil napadnutý rozsudok v celom rozsahu a vec vrátil súdu prvého stupňa, aby ju v potrebnom rozsahu znovu prejednal a rozhodol. Na verejnom zasadnutí odvolacieho súdu obhajkyňa obžalovaných H.. H. W., H.. F. W. a S. W. uviedla, že čo sa týka odvolania ohľadne H.. H. W., trvá na podanom odvolaní a navrhuje, aby bol v tejto časti rozsudok zrušený a vec vrátená súdu prvého stupňa, aby ju v potrebnom rozsahu znovu prejednal a rozhodol. Čo sa týka obžalovanej H.. F. W. a obžalovanej S. W. navrhla odvolanie prokuratúry zamietnuť. Obhajca obžalovaného H.. V. V. na verejnom zasadnutí odvolacieho súdu navrhol odvolanie prokuratúry zamietnuť, pričom v podrobnostiach poukázal tak na písomné vyjadrenie ako aj na doposiaľ vykonané dokazovanie.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odvolania obžalovaného Ing. W. a prokurátora nie sú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Súd prvého stupňa vykonal na hlavnom pojednávaní všetky dostupné dôkazy potrebné na rozhodnutie o obžalobnom návrhu tak, ako to predpokladá ustanovenie § 2 ods. 10 Tr. por. a tieto dôkazy aj správne jednotlivo i vo vzájomných súvislostiach v zmysle § 2 ods. 12 Tr. por. vyhodnotil. Odvolací súd sa v plnom rozsahu stotožnil s vyhodnotením vykonaných dôkazov zo strany súdu prvého stupňa. V rámci dokazovania na hlavnom pojednávaní sa podarilo jednoznačne a bez akýchkoľvek pochybností preukázať skutočnosti uvedené v skutkovej vete rozsudku súdu prvého stupňa vo vzťahu k obžalovanému H.. W.. Aj podľa názoru krajského súdu bolo bez pochýb preukázané, že obžalovaný H.. H. W. pod hlavičkou svojej firmy za obdobie od 01.09.2004 do 12.05.2005 vystavil Voucher najmenej 586 občanom Q. s miestom ubytovania D. O. vo B. na základe požiadaviek W. B. D., ktorý mu dodával mená občanov Q., ako aj ich osobné údaje. Aj na podklade vystavených Vouchrov im Veľvyslanectvo SR v Bukurešti udelilo víza, ktoré by inak nedostali. Bolo preukázané, že obžalovaný mal vedomosť o tom, že občania Q. nemali (okrem jedného prípadu) v úmysle ubytovať sa na tejto chate a ani sa v nej neubytovali, na územie Slovenska necestovali za turistikou, nemali v úmysle vrátiť sa do Q., ale sa pokúšali územie SR ilegálne opustiť do krajín EÚ, pričom takýmto spôsobom obžalovaný získal finančný prospech v presne nezistenej výške. Správne teda postupoval okresný súd, keď ustálil, že žalované skutky sa stali tak, ako sú uvedené v napadnutom rozsudku, a to na základe vykonaného dokazovania, v rámci ktorého bolo vyprodukovaných dostatok dôkazov, ktoré jednoznačne usvedčujú obžalovaného H.. W. z ich spáchania. Obžalovaný naplnil všetky zákonné znaky pokračovacieho trestného činu nedovoleného prekročenia štátnej hranice a prevádzačstva podľa § 171a ods. 1 písm. a/ Tr. zák. účinného do 31.12.2005. S poukazom na ustanovenie § 317 ods. Tr. por. si odvolací súd v celom rozsahu osvojil odôvodnenie napadnutého rozsudku a odkazuje na jeho príslušnú časť bez potreby v celom rozsahu ho opakovať. Odvolací súd taktiež nevzhliadol žiadne pochybenia súdu prvého stupňa vo výroku o treste uloženom obžalovanému H.. W. v napadnutom rozsudku. Súd prvého stupňa pri ukladaní trestu rešpektoval účel trestu a jeho druh a výmeru určil v súlade s hľadiskami vyjadrenými v Trestnom zákone. Odvolací súd zastáva názor, že v danom prípade účel trestu možno dosiahnuť vzhľadom na osobu obžalovaného, jeho doterajší život ako aj dobu, ktorá uplynula od spáchania trestnej činnosti, uložením trestu s podmienečným odkladom jeho výkonu. Pokiaľ ide o rozhodnutie okresného súdu v časti, v ktorej obžalovaných H.. F. W., S. W. a H.. V. V. oslobodil spod obžaloby pre hore uvedené skutky, krajský súd rovnako zastáva názor, že okresný súd postupoval správne a zákonne. Z vykonaného dokazovania totiž nebolo preukázané, že aj tieto osoby sa podieľali na trestnej činnosti páchanej obžalovaným H.. W. a dokonca ani to, že by mali o jeho trestnej činnosti akúkoľvek vedomosť. Práve naopak, ich účasť na nej bola vykonaným dokazovaním bez pochýb vyvrátená. V tejto časti treba potvrdiť, že skutočnosť, že obž. H.. V. prevádzkoval chatu, na ktorej mali byť ubytovaný občania Q., nie je žiadnym trestným činom. Rovnako konanie obžalovaných H.. W. a S. W. v súvislosti s poskytovaním voucherov obžalovaným H.. W. nenapĺňa zákonné znaky trestného činu a vykonané dokazovanie nepreukázalo, že by sa akokoľvek na jeho trestnej činnnosti podieľali. Na základe uvedených skutočností a úvah odvolací súd dospel k záveru, že napadnuté rozhodnutie okresného súdu je zákonné, podrobne a vyčerpávajúcim spôsobom správne zdôvodnené i v súlade s § 168 ods.1 Tr. por. aj v časti odsudzujúcej aj v časti oslobodzujúcej, na ktoré dôvody aj odvolací súd v podrobnostiach poukazuje. Vzhľadom k tomu, že odvolací súd nezistil žiadne dôvody pre zmenu ktoréhokoľvek z výrokov napadnutého rozsudku, odvolanie obžalovaného H. a prokurátora ako nedôvodné v zmysle § 319 Tr. por. zamietol. Poučenie: Proti tomuto uzneseniu nie je prípustný ďalší riadny opravný prostriedok.</w:t>
      </w:r>
    </w:p>
    <w:p/>
    <w:p>
      <w:r>
        <w:t>Zdroj: KAUZIS.SK – https://www.kauzis.sk/judikatura/r/ECLI:SK:KSBA:2016:1016891832.2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